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AA826" w14:textId="77777777" w:rsidR="000F7CA1" w:rsidRDefault="00494F7B">
      <w:pPr>
        <w:spacing w:after="0"/>
        <w:rPr>
          <w:rFonts w:ascii="Tahoma" w:eastAsia="Tahoma" w:hAnsi="Tahoma" w:cs="Tahoma"/>
          <w:b/>
          <w:bCs/>
          <w:sz w:val="32"/>
          <w:szCs w:val="32"/>
        </w:rPr>
      </w:pPr>
      <w:r w:rsidRPr="7F09A55A">
        <w:rPr>
          <w:rFonts w:ascii="Tahoma" w:eastAsia="Tahoma" w:hAnsi="Tahoma" w:cs="Tahoma"/>
          <w:b/>
          <w:bCs/>
          <w:sz w:val="32"/>
          <w:szCs w:val="32"/>
        </w:rPr>
        <w:t>Oxfordshire Nature Recovery Fund</w:t>
      </w:r>
    </w:p>
    <w:p w14:paraId="7D51BA61" w14:textId="77777777" w:rsidR="000F7CA1" w:rsidRDefault="00494F7B">
      <w:pPr>
        <w:rPr>
          <w:rFonts w:ascii="Tahoma" w:eastAsia="Tahoma" w:hAnsi="Tahoma" w:cs="Tahoma"/>
          <w:b/>
          <w:bCs/>
          <w:sz w:val="32"/>
          <w:szCs w:val="32"/>
        </w:rPr>
      </w:pPr>
      <w:r w:rsidRPr="7F09A55A">
        <w:rPr>
          <w:rFonts w:ascii="Tahoma" w:eastAsia="Tahoma" w:hAnsi="Tahoma" w:cs="Tahoma"/>
          <w:b/>
          <w:bCs/>
          <w:sz w:val="32"/>
          <w:szCs w:val="32"/>
        </w:rPr>
        <w:t>Expression of Interest</w:t>
      </w:r>
    </w:p>
    <w:p w14:paraId="43680FC0" w14:textId="02C357DE" w:rsidR="000F7CA1" w:rsidRDefault="28C9485C">
      <w:pPr>
        <w:spacing w:after="160"/>
        <w:rPr>
          <w:rFonts w:ascii="Tahoma" w:eastAsia="Tahoma" w:hAnsi="Tahoma" w:cs="Tahoma"/>
        </w:rPr>
      </w:pPr>
      <w:r w:rsidRPr="7F09A55A">
        <w:rPr>
          <w:rFonts w:ascii="Tahoma" w:eastAsia="Tahoma" w:hAnsi="Tahoma" w:cs="Tahoma"/>
        </w:rPr>
        <w:t>Oxfordshire Nature Recovery Fund (</w:t>
      </w:r>
      <w:r w:rsidR="00494F7B" w:rsidRPr="7F09A55A">
        <w:rPr>
          <w:rFonts w:ascii="Tahoma" w:eastAsia="Tahoma" w:hAnsi="Tahoma" w:cs="Tahoma"/>
        </w:rPr>
        <w:t>ONReF</w:t>
      </w:r>
      <w:r w:rsidR="31B6DF27" w:rsidRPr="7F09A55A">
        <w:rPr>
          <w:rFonts w:ascii="Tahoma" w:eastAsia="Tahoma" w:hAnsi="Tahoma" w:cs="Tahoma"/>
        </w:rPr>
        <w:t>)</w:t>
      </w:r>
      <w:r w:rsidR="00494F7B" w:rsidRPr="7F09A55A">
        <w:rPr>
          <w:rFonts w:ascii="Tahoma" w:eastAsia="Tahoma" w:hAnsi="Tahoma" w:cs="Tahoma"/>
        </w:rPr>
        <w:t xml:space="preserve"> connects local lenders with local landowners, farmers, and enterprises, helping them unlock the potential of nature markets. We offer patient loans to support the upfront costs of projects that deliver measurable environmental benefits </w:t>
      </w:r>
      <w:r w:rsidR="00AB24EE" w:rsidRPr="7F09A55A">
        <w:rPr>
          <w:rFonts w:ascii="Tahoma" w:eastAsia="Tahoma" w:hAnsi="Tahoma" w:cs="Tahoma"/>
        </w:rPr>
        <w:t>-</w:t>
      </w:r>
      <w:r w:rsidR="00494F7B" w:rsidRPr="7F09A55A">
        <w:rPr>
          <w:rFonts w:ascii="Tahoma" w:eastAsia="Tahoma" w:hAnsi="Tahoma" w:cs="Tahoma"/>
        </w:rPr>
        <w:t xml:space="preserve"> and generate long-term income through</w:t>
      </w:r>
      <w:r w:rsidR="00AB24EE" w:rsidRPr="7F09A55A">
        <w:rPr>
          <w:rFonts w:ascii="Tahoma" w:eastAsia="Tahoma" w:hAnsi="Tahoma" w:cs="Tahoma"/>
        </w:rPr>
        <w:t xml:space="preserve"> natural capital opportunities. </w:t>
      </w:r>
    </w:p>
    <w:p w14:paraId="0A3123FA" w14:textId="62373EFE" w:rsidR="000F7CA1" w:rsidRDefault="00494F7B">
      <w:pPr>
        <w:rPr>
          <w:rFonts w:ascii="Tahoma" w:eastAsia="Tahoma" w:hAnsi="Tahoma" w:cs="Tahoma"/>
        </w:rPr>
      </w:pPr>
      <w:r w:rsidRPr="2EC3A5DE">
        <w:rPr>
          <w:rFonts w:ascii="Tahoma" w:eastAsia="Tahoma" w:hAnsi="Tahoma" w:cs="Tahoma"/>
        </w:rPr>
        <w:t>ONReF is a partnership between the Trust for Oxfordshire’s Environment (TOE) and the Oxfordshire Local Nature Partnership (OLNP)</w:t>
      </w:r>
      <w:r w:rsidR="2AA896B6" w:rsidRPr="2EC3A5DE">
        <w:rPr>
          <w:rFonts w:ascii="Tahoma" w:eastAsia="Tahoma" w:hAnsi="Tahoma" w:cs="Tahoma"/>
        </w:rPr>
        <w:t xml:space="preserve">, </w:t>
      </w:r>
      <w:r w:rsidRPr="2EC3A5DE">
        <w:rPr>
          <w:rFonts w:ascii="Tahoma" w:eastAsia="Tahoma" w:hAnsi="Tahoma" w:cs="Tahoma"/>
        </w:rPr>
        <w:t>supported by Oxfordshire County Council</w:t>
      </w:r>
      <w:r w:rsidR="1DC3B44B" w:rsidRPr="2EC3A5DE">
        <w:rPr>
          <w:rFonts w:ascii="Tahoma" w:eastAsia="Tahoma" w:hAnsi="Tahoma" w:cs="Tahoma"/>
        </w:rPr>
        <w:t>.</w:t>
      </w:r>
    </w:p>
    <w:tbl>
      <w:tblPr>
        <w:tblStyle w:val="TableGrid"/>
        <w:tblW w:w="0" w:type="auto"/>
        <w:tblLook w:val="04A0" w:firstRow="1" w:lastRow="0" w:firstColumn="1" w:lastColumn="0" w:noHBand="0" w:noVBand="1"/>
      </w:tblPr>
      <w:tblGrid>
        <w:gridCol w:w="9736"/>
      </w:tblGrid>
      <w:tr w:rsidR="000F7CA1" w14:paraId="528E9711" w14:textId="77777777">
        <w:tc>
          <w:tcPr>
            <w:tcW w:w="9746" w:type="dxa"/>
            <w:shd w:val="clear" w:color="auto" w:fill="EAF4EF"/>
          </w:tcPr>
          <w:p w14:paraId="1A3DDE87" w14:textId="04A8E278" w:rsidR="000F7CA1" w:rsidRDefault="00494F7B">
            <w:pPr>
              <w:spacing w:before="40" w:after="80"/>
              <w:rPr>
                <w:rFonts w:ascii="Tahoma" w:eastAsia="Tahoma" w:hAnsi="Tahoma" w:cs="Tahoma"/>
              </w:rPr>
            </w:pPr>
            <w:r w:rsidRPr="7F09A55A">
              <w:rPr>
                <w:rFonts w:ascii="Tahoma" w:eastAsia="Tahoma" w:hAnsi="Tahoma" w:cs="Tahoma"/>
                <w:b/>
                <w:bCs/>
              </w:rPr>
              <w:t xml:space="preserve">About this form.  </w:t>
            </w:r>
            <w:r w:rsidRPr="7F09A55A">
              <w:rPr>
                <w:rFonts w:ascii="Tahoma" w:eastAsia="Tahoma" w:hAnsi="Tahoma" w:cs="Tahoma"/>
              </w:rPr>
              <w:t xml:space="preserve">This is not an application </w:t>
            </w:r>
            <w:r w:rsidR="00AB24EE" w:rsidRPr="7F09A55A">
              <w:rPr>
                <w:rFonts w:ascii="Tahoma" w:eastAsia="Tahoma" w:hAnsi="Tahoma" w:cs="Tahoma"/>
              </w:rPr>
              <w:t xml:space="preserve">- </w:t>
            </w:r>
            <w:r w:rsidRPr="7F09A55A">
              <w:rPr>
                <w:rFonts w:ascii="Tahoma" w:eastAsia="Tahoma" w:hAnsi="Tahoma" w:cs="Tahoma"/>
              </w:rPr>
              <w:t>it is a short, no-commitment way to tell us about your idea. We are building a picture of the projects that could benefit from ONReF ahead of loans becoming available. Completing it puts you on our radar, helps us shape the fund around real needs, and means we can get in touch when we are ready to take applications. It should take around 15 minutes.</w:t>
            </w:r>
          </w:p>
        </w:tc>
      </w:tr>
    </w:tbl>
    <w:p w14:paraId="43463F97" w14:textId="77777777" w:rsidR="000F7CA1" w:rsidRDefault="000F7CA1">
      <w:pPr>
        <w:spacing w:after="80"/>
        <w:rPr>
          <w:rFonts w:ascii="Tahoma" w:eastAsia="Tahoma" w:hAnsi="Tahoma" w:cs="Tahoma"/>
        </w:rPr>
      </w:pPr>
    </w:p>
    <w:p w14:paraId="79026A94" w14:textId="77777777" w:rsidR="000F7CA1" w:rsidRDefault="00494F7B">
      <w:pPr>
        <w:spacing w:after="40"/>
        <w:rPr>
          <w:rFonts w:ascii="Tahoma" w:eastAsia="Tahoma" w:hAnsi="Tahoma" w:cs="Tahoma"/>
          <w:i/>
          <w:iCs/>
        </w:rPr>
      </w:pPr>
      <w:r w:rsidRPr="7F09A55A">
        <w:rPr>
          <w:rFonts w:ascii="Tahoma" w:eastAsia="Tahoma" w:hAnsi="Tahoma" w:cs="Tahoma"/>
          <w:i/>
          <w:iCs/>
        </w:rPr>
        <w:t>There are four short sections. Please complete as much as you can – rough answers are absolutely fine at this stage.</w:t>
      </w:r>
    </w:p>
    <w:p w14:paraId="6CBFB117" w14:textId="77777777" w:rsidR="000F7CA1" w:rsidRDefault="00494F7B">
      <w:pPr>
        <w:spacing w:before="280" w:after="120"/>
        <w:rPr>
          <w:rFonts w:ascii="Tahoma" w:eastAsia="Tahoma" w:hAnsi="Tahoma" w:cs="Tahoma"/>
          <w:b/>
          <w:bCs/>
          <w:sz w:val="28"/>
          <w:szCs w:val="28"/>
        </w:rPr>
      </w:pPr>
      <w:r w:rsidRPr="7F09A55A">
        <w:rPr>
          <w:rFonts w:ascii="Tahoma" w:eastAsia="Tahoma" w:hAnsi="Tahoma" w:cs="Tahoma"/>
          <w:b/>
          <w:bCs/>
          <w:sz w:val="28"/>
          <w:szCs w:val="28"/>
        </w:rPr>
        <w:t>Section 1: About you</w:t>
      </w:r>
    </w:p>
    <w:tbl>
      <w:tblPr>
        <w:tblStyle w:val="TableGrid"/>
        <w:tblW w:w="0" w:type="auto"/>
        <w:tblLook w:val="04A0" w:firstRow="1" w:lastRow="0" w:firstColumn="1" w:lastColumn="0" w:noHBand="0" w:noVBand="1"/>
      </w:tblPr>
      <w:tblGrid>
        <w:gridCol w:w="5577"/>
        <w:gridCol w:w="4159"/>
      </w:tblGrid>
      <w:tr w:rsidR="000F7CA1" w14:paraId="6ED5D223" w14:textId="77777777" w:rsidTr="2EC3A5DE">
        <w:tc>
          <w:tcPr>
            <w:tcW w:w="4252" w:type="dxa"/>
          </w:tcPr>
          <w:p w14:paraId="10F9ACFB" w14:textId="77777777" w:rsidR="000F7CA1" w:rsidRDefault="00494F7B">
            <w:pPr>
              <w:rPr>
                <w:rFonts w:ascii="Tahoma" w:eastAsia="Tahoma" w:hAnsi="Tahoma" w:cs="Tahoma"/>
                <w:b/>
                <w:bCs/>
              </w:rPr>
            </w:pPr>
            <w:r w:rsidRPr="7F09A55A">
              <w:rPr>
                <w:rFonts w:ascii="Tahoma" w:eastAsia="Tahoma" w:hAnsi="Tahoma" w:cs="Tahoma"/>
                <w:b/>
                <w:bCs/>
              </w:rPr>
              <w:t>Full name</w:t>
            </w:r>
          </w:p>
        </w:tc>
        <w:tc>
          <w:tcPr>
            <w:tcW w:w="5102" w:type="dxa"/>
          </w:tcPr>
          <w:p w14:paraId="556DC2C5" w14:textId="77777777" w:rsidR="000F7CA1" w:rsidRDefault="000F7CA1">
            <w:pPr>
              <w:spacing w:before="40" w:after="40"/>
              <w:rPr>
                <w:rFonts w:ascii="Tahoma" w:eastAsia="Tahoma" w:hAnsi="Tahoma" w:cs="Tahoma"/>
              </w:rPr>
            </w:pPr>
          </w:p>
        </w:tc>
      </w:tr>
      <w:tr w:rsidR="000F7CA1" w14:paraId="630436D5" w14:textId="77777777" w:rsidTr="2EC3A5DE">
        <w:tc>
          <w:tcPr>
            <w:tcW w:w="4252" w:type="dxa"/>
          </w:tcPr>
          <w:p w14:paraId="1BEB6900" w14:textId="77777777" w:rsidR="000F7CA1" w:rsidRDefault="00494F7B">
            <w:pPr>
              <w:rPr>
                <w:rFonts w:ascii="Tahoma" w:eastAsia="Tahoma" w:hAnsi="Tahoma" w:cs="Tahoma"/>
                <w:i/>
                <w:iCs/>
                <w:sz w:val="19"/>
                <w:szCs w:val="19"/>
              </w:rPr>
            </w:pPr>
            <w:r w:rsidRPr="7F09A55A">
              <w:rPr>
                <w:rFonts w:ascii="Tahoma" w:eastAsia="Tahoma" w:hAnsi="Tahoma" w:cs="Tahoma"/>
                <w:b/>
                <w:bCs/>
              </w:rPr>
              <w:t>Business or organisation name</w:t>
            </w:r>
            <w:r w:rsidRPr="7F09A55A">
              <w:rPr>
                <w:rFonts w:ascii="Tahoma" w:eastAsia="Tahoma" w:hAnsi="Tahoma" w:cs="Tahoma"/>
              </w:rPr>
              <w:t xml:space="preserve">  </w:t>
            </w:r>
            <w:r w:rsidRPr="7F09A55A">
              <w:rPr>
                <w:rFonts w:ascii="Tahoma" w:eastAsia="Tahoma" w:hAnsi="Tahoma" w:cs="Tahoma"/>
                <w:i/>
                <w:iCs/>
                <w:sz w:val="19"/>
                <w:szCs w:val="19"/>
              </w:rPr>
              <w:t>(if applicable)</w:t>
            </w:r>
          </w:p>
        </w:tc>
        <w:tc>
          <w:tcPr>
            <w:tcW w:w="5102" w:type="dxa"/>
          </w:tcPr>
          <w:p w14:paraId="3127E836" w14:textId="77777777" w:rsidR="000F7CA1" w:rsidRDefault="000F7CA1">
            <w:pPr>
              <w:spacing w:before="40" w:after="40"/>
              <w:rPr>
                <w:rFonts w:ascii="Tahoma" w:eastAsia="Tahoma" w:hAnsi="Tahoma" w:cs="Tahoma"/>
              </w:rPr>
            </w:pPr>
          </w:p>
        </w:tc>
      </w:tr>
      <w:tr w:rsidR="000F7CA1" w14:paraId="7625CBC9" w14:textId="77777777" w:rsidTr="2EC3A5DE">
        <w:tc>
          <w:tcPr>
            <w:tcW w:w="4252" w:type="dxa"/>
          </w:tcPr>
          <w:p w14:paraId="33B873B4" w14:textId="77777777" w:rsidR="000F7CA1" w:rsidRDefault="00494F7B">
            <w:pPr>
              <w:rPr>
                <w:rFonts w:ascii="Tahoma" w:eastAsia="Tahoma" w:hAnsi="Tahoma" w:cs="Tahoma"/>
                <w:b/>
                <w:bCs/>
              </w:rPr>
            </w:pPr>
            <w:r w:rsidRPr="7F09A55A">
              <w:rPr>
                <w:rFonts w:ascii="Tahoma" w:eastAsia="Tahoma" w:hAnsi="Tahoma" w:cs="Tahoma"/>
                <w:b/>
                <w:bCs/>
              </w:rPr>
              <w:t>Email address</w:t>
            </w:r>
          </w:p>
        </w:tc>
        <w:tc>
          <w:tcPr>
            <w:tcW w:w="5102" w:type="dxa"/>
          </w:tcPr>
          <w:p w14:paraId="463B9090" w14:textId="77777777" w:rsidR="000F7CA1" w:rsidRDefault="000F7CA1">
            <w:pPr>
              <w:spacing w:before="40" w:after="40"/>
              <w:rPr>
                <w:rFonts w:ascii="Tahoma" w:eastAsia="Tahoma" w:hAnsi="Tahoma" w:cs="Tahoma"/>
              </w:rPr>
            </w:pPr>
          </w:p>
        </w:tc>
      </w:tr>
      <w:tr w:rsidR="000F7CA1" w14:paraId="07DE6F45" w14:textId="77777777" w:rsidTr="2EC3A5DE">
        <w:tc>
          <w:tcPr>
            <w:tcW w:w="4252" w:type="dxa"/>
          </w:tcPr>
          <w:p w14:paraId="2307D84E" w14:textId="77777777" w:rsidR="000F7CA1" w:rsidRDefault="00494F7B">
            <w:pPr>
              <w:rPr>
                <w:rFonts w:ascii="Tahoma" w:eastAsia="Tahoma" w:hAnsi="Tahoma" w:cs="Tahoma"/>
                <w:b/>
                <w:bCs/>
              </w:rPr>
            </w:pPr>
            <w:r w:rsidRPr="7F09A55A">
              <w:rPr>
                <w:rFonts w:ascii="Tahoma" w:eastAsia="Tahoma" w:hAnsi="Tahoma" w:cs="Tahoma"/>
                <w:b/>
                <w:bCs/>
              </w:rPr>
              <w:t>Telephone number</w:t>
            </w:r>
          </w:p>
        </w:tc>
        <w:tc>
          <w:tcPr>
            <w:tcW w:w="5102" w:type="dxa"/>
          </w:tcPr>
          <w:p w14:paraId="7F01EC98" w14:textId="77777777" w:rsidR="000F7CA1" w:rsidRDefault="000F7CA1">
            <w:pPr>
              <w:spacing w:before="40" w:after="40"/>
              <w:rPr>
                <w:rFonts w:ascii="Tahoma" w:eastAsia="Tahoma" w:hAnsi="Tahoma" w:cs="Tahoma"/>
              </w:rPr>
            </w:pPr>
          </w:p>
        </w:tc>
      </w:tr>
      <w:tr w:rsidR="000F7CA1" w14:paraId="1B92BA19" w14:textId="77777777" w:rsidTr="2EC3A5DE">
        <w:tc>
          <w:tcPr>
            <w:tcW w:w="4252" w:type="dxa"/>
          </w:tcPr>
          <w:p w14:paraId="7B5F5AD7" w14:textId="77777777" w:rsidR="000F7CA1" w:rsidRDefault="00494F7B">
            <w:pPr>
              <w:rPr>
                <w:rFonts w:ascii="Tahoma" w:eastAsia="Tahoma" w:hAnsi="Tahoma" w:cs="Tahoma"/>
                <w:i/>
                <w:iCs/>
                <w:sz w:val="19"/>
                <w:szCs w:val="19"/>
              </w:rPr>
            </w:pPr>
            <w:r w:rsidRPr="7F09A55A">
              <w:rPr>
                <w:rFonts w:ascii="Tahoma" w:eastAsia="Tahoma" w:hAnsi="Tahoma" w:cs="Tahoma"/>
                <w:b/>
                <w:bCs/>
              </w:rPr>
              <w:t>Location of the land or project</w:t>
            </w:r>
            <w:r w:rsidRPr="7F09A55A">
              <w:rPr>
                <w:rFonts w:ascii="Tahoma" w:eastAsia="Tahoma" w:hAnsi="Tahoma" w:cs="Tahoma"/>
              </w:rPr>
              <w:t xml:space="preserve">  </w:t>
            </w:r>
            <w:r w:rsidRPr="7F09A55A">
              <w:rPr>
                <w:rFonts w:ascii="Tahoma" w:eastAsia="Tahoma" w:hAnsi="Tahoma" w:cs="Tahoma"/>
                <w:i/>
                <w:iCs/>
                <w:sz w:val="19"/>
                <w:szCs w:val="19"/>
              </w:rPr>
              <w:t>(postcode or general area)</w:t>
            </w:r>
          </w:p>
        </w:tc>
        <w:tc>
          <w:tcPr>
            <w:tcW w:w="5102" w:type="dxa"/>
          </w:tcPr>
          <w:p w14:paraId="142CF3D4" w14:textId="77777777" w:rsidR="000F7CA1" w:rsidRDefault="000F7CA1">
            <w:pPr>
              <w:spacing w:before="40" w:after="40"/>
              <w:rPr>
                <w:rFonts w:ascii="Tahoma" w:eastAsia="Tahoma" w:hAnsi="Tahoma" w:cs="Tahoma"/>
              </w:rPr>
            </w:pPr>
          </w:p>
        </w:tc>
      </w:tr>
      <w:tr w:rsidR="000F7CA1" w14:paraId="5508DA76" w14:textId="77777777" w:rsidTr="2EC3A5DE">
        <w:tc>
          <w:tcPr>
            <w:tcW w:w="4252" w:type="dxa"/>
          </w:tcPr>
          <w:p w14:paraId="66FA1FC1" w14:textId="77777777" w:rsidR="000F7CA1" w:rsidRDefault="00494F7B">
            <w:pPr>
              <w:rPr>
                <w:rFonts w:ascii="Tahoma" w:eastAsia="Tahoma" w:hAnsi="Tahoma" w:cs="Tahoma"/>
                <w:i/>
                <w:iCs/>
                <w:sz w:val="19"/>
                <w:szCs w:val="19"/>
              </w:rPr>
            </w:pPr>
            <w:r w:rsidRPr="7F09A55A">
              <w:rPr>
                <w:rFonts w:ascii="Tahoma" w:eastAsia="Tahoma" w:hAnsi="Tahoma" w:cs="Tahoma"/>
                <w:b/>
                <w:bCs/>
              </w:rPr>
              <w:t>Approximate size of land holding</w:t>
            </w:r>
            <w:r w:rsidRPr="7F09A55A">
              <w:rPr>
                <w:rFonts w:ascii="Tahoma" w:eastAsia="Tahoma" w:hAnsi="Tahoma" w:cs="Tahoma"/>
              </w:rPr>
              <w:t xml:space="preserve">  </w:t>
            </w:r>
            <w:r w:rsidRPr="7F09A55A">
              <w:rPr>
                <w:rFonts w:ascii="Tahoma" w:eastAsia="Tahoma" w:hAnsi="Tahoma" w:cs="Tahoma"/>
                <w:i/>
                <w:iCs/>
                <w:sz w:val="19"/>
                <w:szCs w:val="19"/>
              </w:rPr>
              <w:t>(hectares, if relevant)</w:t>
            </w:r>
          </w:p>
        </w:tc>
        <w:tc>
          <w:tcPr>
            <w:tcW w:w="5102" w:type="dxa"/>
          </w:tcPr>
          <w:p w14:paraId="24A124AE" w14:textId="77777777" w:rsidR="000F7CA1" w:rsidRDefault="000F7CA1">
            <w:pPr>
              <w:spacing w:before="40" w:after="40"/>
              <w:rPr>
                <w:rFonts w:ascii="Tahoma" w:eastAsia="Tahoma" w:hAnsi="Tahoma" w:cs="Tahoma"/>
              </w:rPr>
            </w:pPr>
          </w:p>
        </w:tc>
      </w:tr>
      <w:tr w:rsidR="000F7CA1" w14:paraId="5F5E106E" w14:textId="77777777" w:rsidTr="2EC3A5DE">
        <w:tc>
          <w:tcPr>
            <w:tcW w:w="6520" w:type="dxa"/>
          </w:tcPr>
          <w:p w14:paraId="4FB1C3FF" w14:textId="77777777" w:rsidR="000F7CA1" w:rsidRDefault="00494F7B">
            <w:pPr>
              <w:rPr>
                <w:rFonts w:ascii="Tahoma" w:eastAsia="Tahoma" w:hAnsi="Tahoma" w:cs="Tahoma"/>
                <w:i/>
                <w:iCs/>
                <w:sz w:val="19"/>
                <w:szCs w:val="19"/>
              </w:rPr>
            </w:pPr>
            <w:r w:rsidRPr="7F09A55A">
              <w:rPr>
                <w:rFonts w:ascii="Tahoma" w:eastAsia="Tahoma" w:hAnsi="Tahoma" w:cs="Tahoma"/>
                <w:b/>
                <w:bCs/>
              </w:rPr>
              <w:t>Which best describes you?</w:t>
            </w:r>
            <w:r w:rsidRPr="7F09A55A">
              <w:rPr>
                <w:rFonts w:ascii="Tahoma" w:eastAsia="Tahoma" w:hAnsi="Tahoma" w:cs="Tahoma"/>
              </w:rPr>
              <w:t xml:space="preserve">  </w:t>
            </w:r>
            <w:r w:rsidRPr="7F09A55A">
              <w:rPr>
                <w:rFonts w:ascii="Tahoma" w:eastAsia="Tahoma" w:hAnsi="Tahoma" w:cs="Tahoma"/>
                <w:i/>
                <w:iCs/>
                <w:sz w:val="19"/>
                <w:szCs w:val="19"/>
              </w:rPr>
              <w:t>(please tick)</w:t>
            </w:r>
          </w:p>
        </w:tc>
        <w:tc>
          <w:tcPr>
            <w:tcW w:w="2835" w:type="dxa"/>
          </w:tcPr>
          <w:p w14:paraId="71B8F363" w14:textId="77777777" w:rsidR="000F7CA1" w:rsidRDefault="000F7CA1">
            <w:pPr>
              <w:spacing w:before="40" w:after="40"/>
              <w:rPr>
                <w:rFonts w:ascii="Tahoma" w:eastAsia="Tahoma" w:hAnsi="Tahoma" w:cs="Tahoma"/>
              </w:rPr>
            </w:pPr>
          </w:p>
        </w:tc>
      </w:tr>
      <w:tr w:rsidR="000F7CA1" w14:paraId="05D78CDD" w14:textId="77777777" w:rsidTr="2EC3A5DE">
        <w:tc>
          <w:tcPr>
            <w:tcW w:w="6520" w:type="dxa"/>
          </w:tcPr>
          <w:p w14:paraId="36A9225B" w14:textId="77777777" w:rsidR="000F7CA1" w:rsidRDefault="00494F7B">
            <w:pPr>
              <w:spacing w:before="40" w:after="40"/>
              <w:rPr>
                <w:rFonts w:ascii="Tahoma" w:eastAsia="Tahoma" w:hAnsi="Tahoma" w:cs="Tahoma"/>
              </w:rPr>
            </w:pPr>
            <w:r w:rsidRPr="7F09A55A">
              <w:rPr>
                <w:rFonts w:ascii="Tahoma" w:eastAsia="Tahoma" w:hAnsi="Tahoma" w:cs="Tahoma"/>
              </w:rPr>
              <w:t>Landowner</w:t>
            </w:r>
          </w:p>
        </w:tc>
        <w:tc>
          <w:tcPr>
            <w:tcW w:w="2835" w:type="dxa"/>
          </w:tcPr>
          <w:p w14:paraId="1197C119" w14:textId="77777777" w:rsidR="000F7CA1" w:rsidRDefault="000F7CA1">
            <w:pPr>
              <w:spacing w:before="40" w:after="40"/>
              <w:rPr>
                <w:rFonts w:ascii="Tahoma" w:eastAsia="Tahoma" w:hAnsi="Tahoma" w:cs="Tahoma"/>
              </w:rPr>
            </w:pPr>
          </w:p>
        </w:tc>
      </w:tr>
      <w:tr w:rsidR="000F7CA1" w14:paraId="6BAC7A17" w14:textId="77777777" w:rsidTr="2EC3A5DE">
        <w:tc>
          <w:tcPr>
            <w:tcW w:w="6520" w:type="dxa"/>
          </w:tcPr>
          <w:p w14:paraId="3943B747" w14:textId="77777777" w:rsidR="000F7CA1" w:rsidRDefault="00494F7B">
            <w:pPr>
              <w:spacing w:before="40" w:after="40"/>
              <w:rPr>
                <w:rFonts w:ascii="Tahoma" w:eastAsia="Tahoma" w:hAnsi="Tahoma" w:cs="Tahoma"/>
              </w:rPr>
            </w:pPr>
            <w:r w:rsidRPr="7F09A55A">
              <w:rPr>
                <w:rFonts w:ascii="Tahoma" w:eastAsia="Tahoma" w:hAnsi="Tahoma" w:cs="Tahoma"/>
              </w:rPr>
              <w:t>Tenant farmer</w:t>
            </w:r>
          </w:p>
        </w:tc>
        <w:tc>
          <w:tcPr>
            <w:tcW w:w="2835" w:type="dxa"/>
          </w:tcPr>
          <w:p w14:paraId="75DAF316" w14:textId="77777777" w:rsidR="000F7CA1" w:rsidRDefault="000F7CA1">
            <w:pPr>
              <w:spacing w:before="40" w:after="40"/>
              <w:rPr>
                <w:rFonts w:ascii="Tahoma" w:eastAsia="Tahoma" w:hAnsi="Tahoma" w:cs="Tahoma"/>
              </w:rPr>
            </w:pPr>
          </w:p>
        </w:tc>
      </w:tr>
      <w:tr w:rsidR="000F7CA1" w14:paraId="1CE71786" w14:textId="77777777" w:rsidTr="2EC3A5DE">
        <w:tc>
          <w:tcPr>
            <w:tcW w:w="6520" w:type="dxa"/>
          </w:tcPr>
          <w:p w14:paraId="52D4C229" w14:textId="77777777" w:rsidR="000F7CA1" w:rsidRDefault="00494F7B">
            <w:pPr>
              <w:spacing w:before="40" w:after="40"/>
              <w:rPr>
                <w:rFonts w:ascii="Tahoma" w:eastAsia="Tahoma" w:hAnsi="Tahoma" w:cs="Tahoma"/>
              </w:rPr>
            </w:pPr>
            <w:r w:rsidRPr="7F09A55A">
              <w:rPr>
                <w:rFonts w:ascii="Tahoma" w:eastAsia="Tahoma" w:hAnsi="Tahoma" w:cs="Tahoma"/>
              </w:rPr>
              <w:t>Community group or enterprise</w:t>
            </w:r>
          </w:p>
        </w:tc>
        <w:tc>
          <w:tcPr>
            <w:tcW w:w="2835" w:type="dxa"/>
          </w:tcPr>
          <w:p w14:paraId="472977D6" w14:textId="77777777" w:rsidR="000F7CA1" w:rsidRDefault="000F7CA1">
            <w:pPr>
              <w:spacing w:before="40" w:after="40"/>
              <w:rPr>
                <w:rFonts w:ascii="Tahoma" w:eastAsia="Tahoma" w:hAnsi="Tahoma" w:cs="Tahoma"/>
              </w:rPr>
            </w:pPr>
          </w:p>
        </w:tc>
      </w:tr>
      <w:tr w:rsidR="000F7CA1" w14:paraId="2EB96BC1" w14:textId="77777777" w:rsidTr="2EC3A5DE">
        <w:tc>
          <w:tcPr>
            <w:tcW w:w="6520" w:type="dxa"/>
          </w:tcPr>
          <w:p w14:paraId="687E2DCB" w14:textId="77777777" w:rsidR="000F7CA1" w:rsidRDefault="00494F7B">
            <w:pPr>
              <w:spacing w:before="40" w:after="40"/>
              <w:rPr>
                <w:rFonts w:ascii="Tahoma" w:eastAsia="Tahoma" w:hAnsi="Tahoma" w:cs="Tahoma"/>
              </w:rPr>
            </w:pPr>
            <w:r w:rsidRPr="7F09A55A">
              <w:rPr>
                <w:rFonts w:ascii="Tahoma" w:eastAsia="Tahoma" w:hAnsi="Tahoma" w:cs="Tahoma"/>
              </w:rPr>
              <w:t>Other (please state)</w:t>
            </w:r>
          </w:p>
        </w:tc>
        <w:tc>
          <w:tcPr>
            <w:tcW w:w="2835" w:type="dxa"/>
          </w:tcPr>
          <w:p w14:paraId="4BAFB4D7" w14:textId="77777777" w:rsidR="000F7CA1" w:rsidRDefault="000F7CA1">
            <w:pPr>
              <w:spacing w:before="40" w:after="40"/>
              <w:rPr>
                <w:rFonts w:ascii="Tahoma" w:eastAsia="Tahoma" w:hAnsi="Tahoma" w:cs="Tahoma"/>
              </w:rPr>
            </w:pPr>
          </w:p>
        </w:tc>
      </w:tr>
    </w:tbl>
    <w:p w14:paraId="3FB4DFB5" w14:textId="71150883" w:rsidR="2EC3A5DE" w:rsidRDefault="2EC3A5DE" w:rsidP="2EC3A5DE">
      <w:pPr>
        <w:spacing w:before="280" w:after="120"/>
        <w:rPr>
          <w:rFonts w:ascii="Tahoma" w:eastAsia="Tahoma" w:hAnsi="Tahoma" w:cs="Tahoma"/>
          <w:b/>
          <w:bCs/>
          <w:sz w:val="28"/>
          <w:szCs w:val="28"/>
        </w:rPr>
      </w:pPr>
    </w:p>
    <w:p w14:paraId="5F60E9AF" w14:textId="41DCA386" w:rsidR="2EC3A5DE" w:rsidRDefault="2EC3A5DE" w:rsidP="2EC3A5DE">
      <w:pPr>
        <w:spacing w:before="280" w:after="120"/>
        <w:rPr>
          <w:rFonts w:ascii="Tahoma" w:eastAsia="Tahoma" w:hAnsi="Tahoma" w:cs="Tahoma"/>
          <w:b/>
          <w:bCs/>
          <w:sz w:val="28"/>
          <w:szCs w:val="28"/>
        </w:rPr>
      </w:pPr>
    </w:p>
    <w:p w14:paraId="1A67A82D" w14:textId="77777777" w:rsidR="000F7CA1" w:rsidRDefault="00494F7B">
      <w:pPr>
        <w:spacing w:before="280" w:after="120"/>
        <w:rPr>
          <w:rFonts w:ascii="Tahoma" w:eastAsia="Tahoma" w:hAnsi="Tahoma" w:cs="Tahoma"/>
          <w:b/>
          <w:bCs/>
          <w:sz w:val="28"/>
          <w:szCs w:val="28"/>
        </w:rPr>
      </w:pPr>
      <w:r w:rsidRPr="7F09A55A">
        <w:rPr>
          <w:rFonts w:ascii="Tahoma" w:eastAsia="Tahoma" w:hAnsi="Tahoma" w:cs="Tahoma"/>
          <w:b/>
          <w:bCs/>
          <w:sz w:val="28"/>
          <w:szCs w:val="28"/>
        </w:rPr>
        <w:t>Section 2: Your project idea</w:t>
      </w:r>
    </w:p>
    <w:p w14:paraId="15AB90C1" w14:textId="6329BF51" w:rsidR="000F7CA1" w:rsidRDefault="00494F7B">
      <w:pPr>
        <w:spacing w:after="120"/>
        <w:rPr>
          <w:rFonts w:ascii="Tahoma" w:eastAsia="Tahoma" w:hAnsi="Tahoma" w:cs="Tahoma"/>
          <w:i/>
          <w:iCs/>
        </w:rPr>
      </w:pPr>
      <w:r w:rsidRPr="7F09A55A">
        <w:rPr>
          <w:rFonts w:ascii="Tahoma" w:eastAsia="Tahoma" w:hAnsi="Tahoma" w:cs="Tahoma"/>
          <w:i/>
          <w:iCs/>
        </w:rPr>
        <w:t xml:space="preserve">Tell us, in your own words, what you would like to do. Don’t worry about detail </w:t>
      </w:r>
      <w:r w:rsidR="00AB24EE" w:rsidRPr="7F09A55A">
        <w:rPr>
          <w:rFonts w:ascii="Tahoma" w:eastAsia="Tahoma" w:hAnsi="Tahoma" w:cs="Tahoma"/>
          <w:i/>
          <w:iCs/>
        </w:rPr>
        <w:t xml:space="preserve">- </w:t>
      </w:r>
      <w:r w:rsidRPr="7F09A55A">
        <w:rPr>
          <w:rFonts w:ascii="Tahoma" w:eastAsia="Tahoma" w:hAnsi="Tahoma" w:cs="Tahoma"/>
          <w:i/>
          <w:iCs/>
        </w:rPr>
        <w:t>we just want to understand the idea.</w:t>
      </w:r>
    </w:p>
    <w:tbl>
      <w:tblPr>
        <w:tblStyle w:val="TableGrid"/>
        <w:tblW w:w="0" w:type="auto"/>
        <w:tblLook w:val="04A0" w:firstRow="1" w:lastRow="0" w:firstColumn="1" w:lastColumn="0" w:noHBand="0" w:noVBand="1"/>
      </w:tblPr>
      <w:tblGrid>
        <w:gridCol w:w="4252"/>
        <w:gridCol w:w="5102"/>
      </w:tblGrid>
      <w:tr w:rsidR="000F7CA1" w14:paraId="337F14C2" w14:textId="77777777">
        <w:tc>
          <w:tcPr>
            <w:tcW w:w="4252" w:type="dxa"/>
          </w:tcPr>
          <w:p w14:paraId="71DCFDBF" w14:textId="77777777" w:rsidR="000F7CA1" w:rsidRDefault="00494F7B">
            <w:pPr>
              <w:rPr>
                <w:rFonts w:ascii="Tahoma" w:eastAsia="Tahoma" w:hAnsi="Tahoma" w:cs="Tahoma"/>
                <w:i/>
                <w:iCs/>
                <w:sz w:val="19"/>
                <w:szCs w:val="19"/>
              </w:rPr>
            </w:pPr>
            <w:r w:rsidRPr="7F09A55A">
              <w:rPr>
                <w:rFonts w:ascii="Tahoma" w:eastAsia="Tahoma" w:hAnsi="Tahoma" w:cs="Tahoma"/>
                <w:b/>
                <w:bCs/>
              </w:rPr>
              <w:lastRenderedPageBreak/>
              <w:t>Brief description of your project idea</w:t>
            </w:r>
            <w:r w:rsidRPr="7F09A55A">
              <w:rPr>
                <w:rFonts w:ascii="Tahoma" w:eastAsia="Tahoma" w:hAnsi="Tahoma" w:cs="Tahoma"/>
              </w:rPr>
              <w:t xml:space="preserve">  </w:t>
            </w:r>
            <w:r w:rsidRPr="7F09A55A">
              <w:rPr>
                <w:rFonts w:ascii="Tahoma" w:eastAsia="Tahoma" w:hAnsi="Tahoma" w:cs="Tahoma"/>
                <w:i/>
                <w:iCs/>
                <w:sz w:val="19"/>
                <w:szCs w:val="19"/>
              </w:rPr>
              <w:t>(e.g. restore wet grassland, plant woodland, create wildflower meadow)</w:t>
            </w:r>
          </w:p>
        </w:tc>
        <w:tc>
          <w:tcPr>
            <w:tcW w:w="5102" w:type="dxa"/>
          </w:tcPr>
          <w:p w14:paraId="45FF8D16" w14:textId="77777777" w:rsidR="000F7CA1" w:rsidRDefault="000F7CA1">
            <w:pPr>
              <w:spacing w:before="40" w:after="40"/>
              <w:rPr>
                <w:rFonts w:ascii="Tahoma" w:eastAsia="Tahoma" w:hAnsi="Tahoma" w:cs="Tahoma"/>
              </w:rPr>
            </w:pPr>
          </w:p>
          <w:p w14:paraId="77D452D7" w14:textId="77777777" w:rsidR="000F7CA1" w:rsidRDefault="000F7CA1">
            <w:pPr>
              <w:rPr>
                <w:rFonts w:ascii="Tahoma" w:eastAsia="Tahoma" w:hAnsi="Tahoma" w:cs="Tahoma"/>
              </w:rPr>
            </w:pPr>
          </w:p>
          <w:p w14:paraId="277AF7BF" w14:textId="77777777" w:rsidR="000F7CA1" w:rsidRDefault="000F7CA1">
            <w:pPr>
              <w:rPr>
                <w:rFonts w:ascii="Tahoma" w:eastAsia="Tahoma" w:hAnsi="Tahoma" w:cs="Tahoma"/>
              </w:rPr>
            </w:pPr>
          </w:p>
        </w:tc>
      </w:tr>
      <w:tr w:rsidR="000F7CA1" w14:paraId="1310FB93" w14:textId="77777777">
        <w:tc>
          <w:tcPr>
            <w:tcW w:w="4252" w:type="dxa"/>
          </w:tcPr>
          <w:p w14:paraId="2D4C1D0F" w14:textId="77777777" w:rsidR="000F7CA1" w:rsidRDefault="00494F7B">
            <w:pPr>
              <w:rPr>
                <w:rFonts w:ascii="Tahoma" w:eastAsia="Tahoma" w:hAnsi="Tahoma" w:cs="Tahoma"/>
                <w:i/>
                <w:iCs/>
                <w:sz w:val="19"/>
                <w:szCs w:val="19"/>
              </w:rPr>
            </w:pPr>
            <w:r w:rsidRPr="7F09A55A">
              <w:rPr>
                <w:rFonts w:ascii="Tahoma" w:eastAsia="Tahoma" w:hAnsi="Tahoma" w:cs="Tahoma"/>
                <w:b/>
                <w:bCs/>
              </w:rPr>
              <w:t>Approximate area or scale</w:t>
            </w:r>
            <w:r w:rsidRPr="7F09A55A">
              <w:rPr>
                <w:rFonts w:ascii="Tahoma" w:eastAsia="Tahoma" w:hAnsi="Tahoma" w:cs="Tahoma"/>
              </w:rPr>
              <w:t xml:space="preserve">  </w:t>
            </w:r>
            <w:r w:rsidRPr="7F09A55A">
              <w:rPr>
                <w:rFonts w:ascii="Tahoma" w:eastAsia="Tahoma" w:hAnsi="Tahoma" w:cs="Tahoma"/>
                <w:i/>
                <w:iCs/>
                <w:sz w:val="19"/>
                <w:szCs w:val="19"/>
              </w:rPr>
              <w:t>(e.g. 15 ha, 800m of hedgerow)</w:t>
            </w:r>
          </w:p>
        </w:tc>
        <w:tc>
          <w:tcPr>
            <w:tcW w:w="5102" w:type="dxa"/>
          </w:tcPr>
          <w:p w14:paraId="5C03A655" w14:textId="77777777" w:rsidR="000F7CA1" w:rsidRDefault="000F7CA1">
            <w:pPr>
              <w:spacing w:before="40" w:after="40"/>
              <w:rPr>
                <w:rFonts w:ascii="Tahoma" w:eastAsia="Tahoma" w:hAnsi="Tahoma" w:cs="Tahoma"/>
              </w:rPr>
            </w:pPr>
          </w:p>
        </w:tc>
      </w:tr>
      <w:tr w:rsidR="000F7CA1" w14:paraId="79C50109" w14:textId="77777777">
        <w:tc>
          <w:tcPr>
            <w:tcW w:w="4252" w:type="dxa"/>
          </w:tcPr>
          <w:p w14:paraId="0D8FF113" w14:textId="77777777" w:rsidR="000F7CA1" w:rsidRDefault="00494F7B">
            <w:pPr>
              <w:rPr>
                <w:rFonts w:ascii="Tahoma" w:eastAsia="Tahoma" w:hAnsi="Tahoma" w:cs="Tahoma"/>
                <w:i/>
                <w:iCs/>
                <w:sz w:val="19"/>
                <w:szCs w:val="19"/>
              </w:rPr>
            </w:pPr>
            <w:r w:rsidRPr="7F09A55A">
              <w:rPr>
                <w:rFonts w:ascii="Tahoma" w:eastAsia="Tahoma" w:hAnsi="Tahoma" w:cs="Tahoma"/>
                <w:b/>
                <w:bCs/>
              </w:rPr>
              <w:t>What environmental benefit would it deliver?</w:t>
            </w:r>
            <w:r w:rsidRPr="7F09A55A">
              <w:rPr>
                <w:rFonts w:ascii="Tahoma" w:eastAsia="Tahoma" w:hAnsi="Tahoma" w:cs="Tahoma"/>
              </w:rPr>
              <w:t xml:space="preserve">  </w:t>
            </w:r>
            <w:r w:rsidRPr="7F09A55A">
              <w:rPr>
                <w:rFonts w:ascii="Tahoma" w:eastAsia="Tahoma" w:hAnsi="Tahoma" w:cs="Tahoma"/>
                <w:i/>
                <w:iCs/>
                <w:sz w:val="19"/>
                <w:szCs w:val="19"/>
              </w:rPr>
              <w:t>(e.g. species-rich habitat, water quality, flood mitigation)</w:t>
            </w:r>
          </w:p>
        </w:tc>
        <w:tc>
          <w:tcPr>
            <w:tcW w:w="5102" w:type="dxa"/>
          </w:tcPr>
          <w:p w14:paraId="662021FE" w14:textId="77777777" w:rsidR="000F7CA1" w:rsidRDefault="000F7CA1">
            <w:pPr>
              <w:spacing w:before="40" w:after="40"/>
              <w:rPr>
                <w:rFonts w:ascii="Tahoma" w:eastAsia="Tahoma" w:hAnsi="Tahoma" w:cs="Tahoma"/>
              </w:rPr>
            </w:pPr>
          </w:p>
        </w:tc>
      </w:tr>
      <w:tr w:rsidR="000F7CA1" w14:paraId="599FCD53" w14:textId="77777777">
        <w:tc>
          <w:tcPr>
            <w:tcW w:w="4252" w:type="dxa"/>
          </w:tcPr>
          <w:p w14:paraId="15C5A877" w14:textId="77777777" w:rsidR="000F7CA1" w:rsidRDefault="00494F7B">
            <w:pPr>
              <w:rPr>
                <w:rFonts w:ascii="Tahoma" w:eastAsia="Tahoma" w:hAnsi="Tahoma" w:cs="Tahoma"/>
                <w:i/>
                <w:iCs/>
                <w:sz w:val="19"/>
                <w:szCs w:val="19"/>
              </w:rPr>
            </w:pPr>
            <w:r w:rsidRPr="7F09A55A">
              <w:rPr>
                <w:rFonts w:ascii="Tahoma" w:eastAsia="Tahoma" w:hAnsi="Tahoma" w:cs="Tahoma"/>
                <w:b/>
                <w:bCs/>
              </w:rPr>
              <w:t>Roughly when might you want to start?</w:t>
            </w:r>
            <w:r w:rsidRPr="7F09A55A">
              <w:rPr>
                <w:rFonts w:ascii="Tahoma" w:eastAsia="Tahoma" w:hAnsi="Tahoma" w:cs="Tahoma"/>
              </w:rPr>
              <w:t xml:space="preserve">  </w:t>
            </w:r>
            <w:r w:rsidRPr="7F09A55A">
              <w:rPr>
                <w:rFonts w:ascii="Tahoma" w:eastAsia="Tahoma" w:hAnsi="Tahoma" w:cs="Tahoma"/>
                <w:i/>
                <w:iCs/>
                <w:sz w:val="19"/>
                <w:szCs w:val="19"/>
              </w:rPr>
              <w:t>(e.g. within 6 months, next planting season, not sure yet)</w:t>
            </w:r>
          </w:p>
        </w:tc>
        <w:tc>
          <w:tcPr>
            <w:tcW w:w="5102" w:type="dxa"/>
          </w:tcPr>
          <w:p w14:paraId="5ADC89D0" w14:textId="77777777" w:rsidR="000F7CA1" w:rsidRDefault="000F7CA1">
            <w:pPr>
              <w:spacing w:before="40" w:after="40"/>
              <w:rPr>
                <w:rFonts w:ascii="Tahoma" w:eastAsia="Tahoma" w:hAnsi="Tahoma" w:cs="Tahoma"/>
              </w:rPr>
            </w:pPr>
          </w:p>
        </w:tc>
      </w:tr>
    </w:tbl>
    <w:p w14:paraId="6294BE0B" w14:textId="77777777" w:rsidR="000F7CA1" w:rsidRDefault="00494F7B">
      <w:pPr>
        <w:spacing w:before="280" w:after="120"/>
        <w:rPr>
          <w:rFonts w:ascii="Tahoma" w:eastAsia="Tahoma" w:hAnsi="Tahoma" w:cs="Tahoma"/>
          <w:b/>
          <w:bCs/>
          <w:sz w:val="28"/>
          <w:szCs w:val="28"/>
        </w:rPr>
      </w:pPr>
      <w:r w:rsidRPr="7F09A55A">
        <w:rPr>
          <w:rFonts w:ascii="Tahoma" w:eastAsia="Tahoma" w:hAnsi="Tahoma" w:cs="Tahoma"/>
          <w:b/>
          <w:bCs/>
          <w:sz w:val="28"/>
          <w:szCs w:val="28"/>
        </w:rPr>
        <w:t>Section 3: Loan and repayment</w:t>
      </w:r>
    </w:p>
    <w:p w14:paraId="7F4BA47A" w14:textId="77777777" w:rsidR="000F7CA1" w:rsidRDefault="00494F7B">
      <w:pPr>
        <w:spacing w:after="120"/>
        <w:rPr>
          <w:rFonts w:ascii="Tahoma" w:eastAsia="Tahoma" w:hAnsi="Tahoma" w:cs="Tahoma"/>
          <w:i/>
          <w:iCs/>
        </w:rPr>
      </w:pPr>
      <w:r w:rsidRPr="7F09A55A">
        <w:rPr>
          <w:rFonts w:ascii="Tahoma" w:eastAsia="Tahoma" w:hAnsi="Tahoma" w:cs="Tahoma"/>
          <w:i/>
          <w:iCs/>
        </w:rPr>
        <w:t>ONReF provides loans, not grants, so we need a sense of how a project could eventually repay. A rough idea is all we need at this stage.</w:t>
      </w:r>
    </w:p>
    <w:tbl>
      <w:tblPr>
        <w:tblStyle w:val="TableGrid"/>
        <w:tblW w:w="0" w:type="auto"/>
        <w:tblLook w:val="04A0" w:firstRow="1" w:lastRow="0" w:firstColumn="1" w:lastColumn="0" w:noHBand="0" w:noVBand="1"/>
      </w:tblPr>
      <w:tblGrid>
        <w:gridCol w:w="5561"/>
        <w:gridCol w:w="4175"/>
      </w:tblGrid>
      <w:tr w:rsidR="000F7CA1" w14:paraId="6F870B94" w14:textId="77777777">
        <w:tc>
          <w:tcPr>
            <w:tcW w:w="4252" w:type="dxa"/>
          </w:tcPr>
          <w:p w14:paraId="13F1DF86" w14:textId="77777777" w:rsidR="000F7CA1" w:rsidRDefault="00494F7B">
            <w:pPr>
              <w:rPr>
                <w:rFonts w:ascii="Tahoma" w:eastAsia="Tahoma" w:hAnsi="Tahoma" w:cs="Tahoma"/>
                <w:i/>
                <w:iCs/>
                <w:sz w:val="19"/>
                <w:szCs w:val="19"/>
              </w:rPr>
            </w:pPr>
            <w:r w:rsidRPr="7F09A55A">
              <w:rPr>
                <w:rFonts w:ascii="Tahoma" w:eastAsia="Tahoma" w:hAnsi="Tahoma" w:cs="Tahoma"/>
                <w:b/>
                <w:bCs/>
              </w:rPr>
              <w:t>Roughly how much might you need to borrow?</w:t>
            </w:r>
            <w:r w:rsidRPr="7F09A55A">
              <w:rPr>
                <w:rFonts w:ascii="Tahoma" w:eastAsia="Tahoma" w:hAnsi="Tahoma" w:cs="Tahoma"/>
              </w:rPr>
              <w:t xml:space="preserve">  </w:t>
            </w:r>
            <w:r w:rsidRPr="7F09A55A">
              <w:rPr>
                <w:rFonts w:ascii="Tahoma" w:eastAsia="Tahoma" w:hAnsi="Tahoma" w:cs="Tahoma"/>
                <w:i/>
                <w:iCs/>
                <w:sz w:val="19"/>
                <w:szCs w:val="19"/>
              </w:rPr>
              <w:t>(a broad range is fine)</w:t>
            </w:r>
          </w:p>
        </w:tc>
        <w:tc>
          <w:tcPr>
            <w:tcW w:w="5102" w:type="dxa"/>
          </w:tcPr>
          <w:p w14:paraId="4118CD41" w14:textId="77777777" w:rsidR="000F7CA1" w:rsidRDefault="000F7CA1">
            <w:pPr>
              <w:spacing w:before="40" w:after="40"/>
              <w:rPr>
                <w:rFonts w:ascii="Tahoma" w:eastAsia="Tahoma" w:hAnsi="Tahoma" w:cs="Tahoma"/>
              </w:rPr>
            </w:pPr>
          </w:p>
        </w:tc>
      </w:tr>
      <w:tr w:rsidR="000F7CA1" w14:paraId="31E9B08F" w14:textId="77777777">
        <w:tc>
          <w:tcPr>
            <w:tcW w:w="6520" w:type="dxa"/>
          </w:tcPr>
          <w:p w14:paraId="2AD42C38" w14:textId="77777777" w:rsidR="000F7CA1" w:rsidRDefault="00494F7B">
            <w:pPr>
              <w:rPr>
                <w:rFonts w:ascii="Tahoma" w:eastAsia="Tahoma" w:hAnsi="Tahoma" w:cs="Tahoma"/>
                <w:i/>
                <w:iCs/>
                <w:sz w:val="19"/>
                <w:szCs w:val="19"/>
              </w:rPr>
            </w:pPr>
            <w:r w:rsidRPr="7F09A55A">
              <w:rPr>
                <w:rFonts w:ascii="Tahoma" w:eastAsia="Tahoma" w:hAnsi="Tahoma" w:cs="Tahoma"/>
                <w:b/>
                <w:bCs/>
              </w:rPr>
              <w:t>How do you expect the project could generate income to repay the loan?</w:t>
            </w:r>
            <w:r w:rsidRPr="7F09A55A">
              <w:rPr>
                <w:rFonts w:ascii="Tahoma" w:eastAsia="Tahoma" w:hAnsi="Tahoma" w:cs="Tahoma"/>
              </w:rPr>
              <w:t xml:space="preserve">  </w:t>
            </w:r>
            <w:r w:rsidRPr="7F09A55A">
              <w:rPr>
                <w:rFonts w:ascii="Tahoma" w:eastAsia="Tahoma" w:hAnsi="Tahoma" w:cs="Tahoma"/>
                <w:i/>
                <w:iCs/>
                <w:sz w:val="19"/>
                <w:szCs w:val="19"/>
              </w:rPr>
              <w:t>(tick all that apply)</w:t>
            </w:r>
          </w:p>
        </w:tc>
        <w:tc>
          <w:tcPr>
            <w:tcW w:w="2835" w:type="dxa"/>
          </w:tcPr>
          <w:p w14:paraId="28B13923" w14:textId="77777777" w:rsidR="000F7CA1" w:rsidRDefault="000F7CA1">
            <w:pPr>
              <w:spacing w:before="40" w:after="40"/>
              <w:rPr>
                <w:rFonts w:ascii="Tahoma" w:eastAsia="Tahoma" w:hAnsi="Tahoma" w:cs="Tahoma"/>
              </w:rPr>
            </w:pPr>
          </w:p>
        </w:tc>
      </w:tr>
      <w:tr w:rsidR="000F7CA1" w14:paraId="1001F10E" w14:textId="77777777">
        <w:tc>
          <w:tcPr>
            <w:tcW w:w="6520" w:type="dxa"/>
          </w:tcPr>
          <w:p w14:paraId="6D27244E" w14:textId="0DDA8CCA" w:rsidR="000F7CA1" w:rsidRDefault="00494F7B">
            <w:pPr>
              <w:spacing w:before="40" w:after="40"/>
              <w:rPr>
                <w:rFonts w:ascii="Tahoma" w:eastAsia="Tahoma" w:hAnsi="Tahoma" w:cs="Tahoma"/>
              </w:rPr>
            </w:pPr>
            <w:r w:rsidRPr="7F09A55A">
              <w:rPr>
                <w:rFonts w:ascii="Tahoma" w:eastAsia="Tahoma" w:hAnsi="Tahoma" w:cs="Tahoma"/>
              </w:rPr>
              <w:t xml:space="preserve">Biodiversity Net Gain (BNG) </w:t>
            </w:r>
            <w:r w:rsidR="00AB24EE" w:rsidRPr="7F09A55A">
              <w:rPr>
                <w:rFonts w:ascii="Tahoma" w:eastAsia="Tahoma" w:hAnsi="Tahoma" w:cs="Tahoma"/>
              </w:rPr>
              <w:t>units</w:t>
            </w:r>
          </w:p>
        </w:tc>
        <w:tc>
          <w:tcPr>
            <w:tcW w:w="2835" w:type="dxa"/>
          </w:tcPr>
          <w:p w14:paraId="11A8B3AF" w14:textId="77777777" w:rsidR="000F7CA1" w:rsidRDefault="000F7CA1">
            <w:pPr>
              <w:spacing w:before="40" w:after="40"/>
              <w:rPr>
                <w:rFonts w:ascii="Tahoma" w:eastAsia="Tahoma" w:hAnsi="Tahoma" w:cs="Tahoma"/>
              </w:rPr>
            </w:pPr>
          </w:p>
        </w:tc>
      </w:tr>
      <w:tr w:rsidR="000F7CA1" w14:paraId="6BAB9FBE" w14:textId="77777777">
        <w:tc>
          <w:tcPr>
            <w:tcW w:w="6520" w:type="dxa"/>
          </w:tcPr>
          <w:p w14:paraId="35896D92" w14:textId="77777777" w:rsidR="000F7CA1" w:rsidRDefault="00494F7B">
            <w:pPr>
              <w:spacing w:before="40" w:after="40"/>
              <w:rPr>
                <w:rFonts w:ascii="Tahoma" w:eastAsia="Tahoma" w:hAnsi="Tahoma" w:cs="Tahoma"/>
              </w:rPr>
            </w:pPr>
            <w:r w:rsidRPr="7F09A55A">
              <w:rPr>
                <w:rFonts w:ascii="Tahoma" w:eastAsia="Tahoma" w:hAnsi="Tahoma" w:cs="Tahoma"/>
              </w:rPr>
              <w:t>Voluntary biodiversity credits</w:t>
            </w:r>
          </w:p>
        </w:tc>
        <w:tc>
          <w:tcPr>
            <w:tcW w:w="2835" w:type="dxa"/>
          </w:tcPr>
          <w:p w14:paraId="743D3874" w14:textId="77777777" w:rsidR="000F7CA1" w:rsidRDefault="000F7CA1">
            <w:pPr>
              <w:spacing w:before="40" w:after="40"/>
              <w:rPr>
                <w:rFonts w:ascii="Tahoma" w:eastAsia="Tahoma" w:hAnsi="Tahoma" w:cs="Tahoma"/>
              </w:rPr>
            </w:pPr>
          </w:p>
        </w:tc>
      </w:tr>
      <w:tr w:rsidR="000F7CA1" w14:paraId="3DD44735" w14:textId="77777777">
        <w:tc>
          <w:tcPr>
            <w:tcW w:w="6520" w:type="dxa"/>
          </w:tcPr>
          <w:p w14:paraId="321C218D" w14:textId="1EA2A682" w:rsidR="000F7CA1" w:rsidRDefault="00494F7B">
            <w:pPr>
              <w:spacing w:before="40" w:after="40"/>
              <w:rPr>
                <w:rFonts w:ascii="Tahoma" w:eastAsia="Tahoma" w:hAnsi="Tahoma" w:cs="Tahoma"/>
              </w:rPr>
            </w:pPr>
            <w:r w:rsidRPr="7F09A55A">
              <w:rPr>
                <w:rFonts w:ascii="Tahoma" w:eastAsia="Tahoma" w:hAnsi="Tahoma" w:cs="Tahoma"/>
              </w:rPr>
              <w:t xml:space="preserve">Woodland Carbon Code </w:t>
            </w:r>
            <w:r w:rsidR="00AB24EE" w:rsidRPr="7F09A55A">
              <w:rPr>
                <w:rFonts w:ascii="Tahoma" w:eastAsia="Tahoma" w:hAnsi="Tahoma" w:cs="Tahoma"/>
              </w:rPr>
              <w:t>(/England Woodland Creation Offer)</w:t>
            </w:r>
          </w:p>
        </w:tc>
        <w:tc>
          <w:tcPr>
            <w:tcW w:w="2835" w:type="dxa"/>
          </w:tcPr>
          <w:p w14:paraId="7C3FFCDB" w14:textId="77777777" w:rsidR="000F7CA1" w:rsidRDefault="000F7CA1">
            <w:pPr>
              <w:spacing w:before="40" w:after="40"/>
              <w:rPr>
                <w:rFonts w:ascii="Tahoma" w:eastAsia="Tahoma" w:hAnsi="Tahoma" w:cs="Tahoma"/>
              </w:rPr>
            </w:pPr>
          </w:p>
        </w:tc>
      </w:tr>
      <w:tr w:rsidR="000F7CA1" w14:paraId="5C1EEF28" w14:textId="77777777">
        <w:tc>
          <w:tcPr>
            <w:tcW w:w="6520" w:type="dxa"/>
          </w:tcPr>
          <w:p w14:paraId="13BC9A97" w14:textId="77777777" w:rsidR="000F7CA1" w:rsidRDefault="00494F7B">
            <w:pPr>
              <w:spacing w:before="40" w:after="40"/>
              <w:rPr>
                <w:rFonts w:ascii="Tahoma" w:eastAsia="Tahoma" w:hAnsi="Tahoma" w:cs="Tahoma"/>
              </w:rPr>
            </w:pPr>
            <w:r w:rsidRPr="7F09A55A">
              <w:rPr>
                <w:rFonts w:ascii="Tahoma" w:eastAsia="Tahoma" w:hAnsi="Tahoma" w:cs="Tahoma"/>
              </w:rPr>
              <w:t>Natural Flood Management payments</w:t>
            </w:r>
          </w:p>
        </w:tc>
        <w:tc>
          <w:tcPr>
            <w:tcW w:w="2835" w:type="dxa"/>
          </w:tcPr>
          <w:p w14:paraId="458360A2" w14:textId="77777777" w:rsidR="000F7CA1" w:rsidRDefault="000F7CA1">
            <w:pPr>
              <w:spacing w:before="40" w:after="40"/>
              <w:rPr>
                <w:rFonts w:ascii="Tahoma" w:eastAsia="Tahoma" w:hAnsi="Tahoma" w:cs="Tahoma"/>
              </w:rPr>
            </w:pPr>
          </w:p>
        </w:tc>
      </w:tr>
      <w:tr w:rsidR="000F7CA1" w14:paraId="3574379C" w14:textId="77777777">
        <w:tc>
          <w:tcPr>
            <w:tcW w:w="6520" w:type="dxa"/>
          </w:tcPr>
          <w:p w14:paraId="29C9B63D" w14:textId="77777777" w:rsidR="000F7CA1" w:rsidRDefault="00494F7B">
            <w:pPr>
              <w:spacing w:before="40" w:after="40"/>
              <w:rPr>
                <w:rFonts w:ascii="Tahoma" w:eastAsia="Tahoma" w:hAnsi="Tahoma" w:cs="Tahoma"/>
              </w:rPr>
            </w:pPr>
            <w:r w:rsidRPr="7F09A55A">
              <w:rPr>
                <w:rFonts w:ascii="Tahoma" w:eastAsia="Tahoma" w:hAnsi="Tahoma" w:cs="Tahoma"/>
              </w:rPr>
              <w:t>Other / not sure yet (please note below)</w:t>
            </w:r>
          </w:p>
        </w:tc>
        <w:tc>
          <w:tcPr>
            <w:tcW w:w="2835" w:type="dxa"/>
          </w:tcPr>
          <w:p w14:paraId="3A60FA6F" w14:textId="77777777" w:rsidR="000F7CA1" w:rsidRDefault="000F7CA1">
            <w:pPr>
              <w:spacing w:before="40" w:after="40"/>
              <w:rPr>
                <w:rFonts w:ascii="Tahoma" w:eastAsia="Tahoma" w:hAnsi="Tahoma" w:cs="Tahoma"/>
              </w:rPr>
            </w:pPr>
          </w:p>
        </w:tc>
      </w:tr>
      <w:tr w:rsidR="000F7CA1" w14:paraId="0EDDCAEC" w14:textId="77777777">
        <w:tc>
          <w:tcPr>
            <w:tcW w:w="4252" w:type="dxa"/>
          </w:tcPr>
          <w:p w14:paraId="468639DB" w14:textId="77777777" w:rsidR="000F7CA1" w:rsidRDefault="00494F7B">
            <w:pPr>
              <w:rPr>
                <w:rFonts w:ascii="Tahoma" w:eastAsia="Tahoma" w:hAnsi="Tahoma" w:cs="Tahoma"/>
                <w:b/>
                <w:bCs/>
              </w:rPr>
            </w:pPr>
            <w:r w:rsidRPr="7F09A55A">
              <w:rPr>
                <w:rFonts w:ascii="Tahoma" w:eastAsia="Tahoma" w:hAnsi="Tahoma" w:cs="Tahoma"/>
                <w:b/>
                <w:bCs/>
              </w:rPr>
              <w:t>In a sentence or two, how and when do you think the loan could be repaid?</w:t>
            </w:r>
          </w:p>
        </w:tc>
        <w:tc>
          <w:tcPr>
            <w:tcW w:w="5102" w:type="dxa"/>
          </w:tcPr>
          <w:p w14:paraId="26666CC3" w14:textId="77777777" w:rsidR="000F7CA1" w:rsidRDefault="000F7CA1">
            <w:pPr>
              <w:spacing w:before="40" w:after="40"/>
              <w:rPr>
                <w:rFonts w:ascii="Tahoma" w:eastAsia="Tahoma" w:hAnsi="Tahoma" w:cs="Tahoma"/>
              </w:rPr>
            </w:pPr>
          </w:p>
          <w:p w14:paraId="42674563" w14:textId="77777777" w:rsidR="000F7CA1" w:rsidRDefault="000F7CA1">
            <w:pPr>
              <w:rPr>
                <w:rFonts w:ascii="Tahoma" w:eastAsia="Tahoma" w:hAnsi="Tahoma" w:cs="Tahoma"/>
              </w:rPr>
            </w:pPr>
          </w:p>
        </w:tc>
      </w:tr>
    </w:tbl>
    <w:p w14:paraId="6DBE7F0C" w14:textId="77777777" w:rsidR="000F7CA1" w:rsidRDefault="00494F7B">
      <w:pPr>
        <w:spacing w:before="280" w:after="120"/>
        <w:rPr>
          <w:rFonts w:ascii="Tahoma" w:eastAsia="Tahoma" w:hAnsi="Tahoma" w:cs="Tahoma"/>
          <w:b/>
          <w:bCs/>
          <w:sz w:val="28"/>
          <w:szCs w:val="28"/>
        </w:rPr>
      </w:pPr>
      <w:r w:rsidRPr="7F09A55A">
        <w:rPr>
          <w:rFonts w:ascii="Tahoma" w:eastAsia="Tahoma" w:hAnsi="Tahoma" w:cs="Tahoma"/>
          <w:b/>
          <w:bCs/>
          <w:sz w:val="28"/>
          <w:szCs w:val="28"/>
        </w:rPr>
        <w:t>Section 4: Advice you’ve had so far</w:t>
      </w:r>
    </w:p>
    <w:p w14:paraId="401CDBDB" w14:textId="77777777" w:rsidR="000F7CA1" w:rsidRDefault="00494F7B">
      <w:pPr>
        <w:spacing w:after="120"/>
        <w:rPr>
          <w:rFonts w:ascii="Tahoma" w:eastAsia="Tahoma" w:hAnsi="Tahoma" w:cs="Tahoma"/>
          <w:i/>
          <w:iCs/>
        </w:rPr>
      </w:pPr>
      <w:r w:rsidRPr="7F09A55A">
        <w:rPr>
          <w:rFonts w:ascii="Tahoma" w:eastAsia="Tahoma" w:hAnsi="Tahoma" w:cs="Tahoma"/>
          <w:i/>
          <w:iCs/>
        </w:rPr>
        <w:t>This helps us understand how developed your idea is and where you might need support. It is completely fine if the answer is “none yet”.</w:t>
      </w:r>
    </w:p>
    <w:tbl>
      <w:tblPr>
        <w:tblStyle w:val="TableGrid"/>
        <w:tblW w:w="0" w:type="auto"/>
        <w:tblLook w:val="04A0" w:firstRow="1" w:lastRow="0" w:firstColumn="1" w:lastColumn="0" w:noHBand="0" w:noVBand="1"/>
      </w:tblPr>
      <w:tblGrid>
        <w:gridCol w:w="5529"/>
        <w:gridCol w:w="4207"/>
      </w:tblGrid>
      <w:tr w:rsidR="000F7CA1" w14:paraId="02300417" w14:textId="77777777">
        <w:tc>
          <w:tcPr>
            <w:tcW w:w="6520" w:type="dxa"/>
          </w:tcPr>
          <w:p w14:paraId="2E2B3B00" w14:textId="77777777" w:rsidR="000F7CA1" w:rsidRDefault="00494F7B">
            <w:pPr>
              <w:rPr>
                <w:rFonts w:ascii="Tahoma" w:eastAsia="Tahoma" w:hAnsi="Tahoma" w:cs="Tahoma"/>
                <w:i/>
                <w:iCs/>
                <w:sz w:val="19"/>
                <w:szCs w:val="19"/>
              </w:rPr>
            </w:pPr>
            <w:r w:rsidRPr="7F09A55A">
              <w:rPr>
                <w:rFonts w:ascii="Tahoma" w:eastAsia="Tahoma" w:hAnsi="Tahoma" w:cs="Tahoma"/>
                <w:b/>
                <w:bCs/>
              </w:rPr>
              <w:t>Have you sought any advice on this idea yet?</w:t>
            </w:r>
            <w:r w:rsidRPr="7F09A55A">
              <w:rPr>
                <w:rFonts w:ascii="Tahoma" w:eastAsia="Tahoma" w:hAnsi="Tahoma" w:cs="Tahoma"/>
              </w:rPr>
              <w:t xml:space="preserve">  </w:t>
            </w:r>
            <w:r w:rsidRPr="7F09A55A">
              <w:rPr>
                <w:rFonts w:ascii="Tahoma" w:eastAsia="Tahoma" w:hAnsi="Tahoma" w:cs="Tahoma"/>
                <w:i/>
                <w:iCs/>
                <w:sz w:val="19"/>
                <w:szCs w:val="19"/>
              </w:rPr>
              <w:t>(tick all that apply)</w:t>
            </w:r>
          </w:p>
        </w:tc>
        <w:tc>
          <w:tcPr>
            <w:tcW w:w="2835" w:type="dxa"/>
          </w:tcPr>
          <w:p w14:paraId="4B832BB1" w14:textId="77777777" w:rsidR="000F7CA1" w:rsidRDefault="000F7CA1">
            <w:pPr>
              <w:spacing w:before="40" w:after="40"/>
              <w:rPr>
                <w:rFonts w:ascii="Tahoma" w:eastAsia="Tahoma" w:hAnsi="Tahoma" w:cs="Tahoma"/>
              </w:rPr>
            </w:pPr>
          </w:p>
        </w:tc>
      </w:tr>
      <w:tr w:rsidR="000F7CA1" w14:paraId="34CA1BAE" w14:textId="77777777">
        <w:tc>
          <w:tcPr>
            <w:tcW w:w="6520" w:type="dxa"/>
          </w:tcPr>
          <w:p w14:paraId="07199138" w14:textId="77777777" w:rsidR="000F7CA1" w:rsidRDefault="00494F7B">
            <w:pPr>
              <w:spacing w:before="40" w:after="40"/>
              <w:rPr>
                <w:rFonts w:ascii="Tahoma" w:eastAsia="Tahoma" w:hAnsi="Tahoma" w:cs="Tahoma"/>
              </w:rPr>
            </w:pPr>
            <w:r w:rsidRPr="7F09A55A">
              <w:rPr>
                <w:rFonts w:ascii="Tahoma" w:eastAsia="Tahoma" w:hAnsi="Tahoma" w:cs="Tahoma"/>
              </w:rPr>
              <w:t>Land agent</w:t>
            </w:r>
          </w:p>
        </w:tc>
        <w:tc>
          <w:tcPr>
            <w:tcW w:w="2835" w:type="dxa"/>
          </w:tcPr>
          <w:p w14:paraId="7AE4C0EC" w14:textId="77777777" w:rsidR="000F7CA1" w:rsidRDefault="000F7CA1">
            <w:pPr>
              <w:spacing w:before="40" w:after="40"/>
              <w:rPr>
                <w:rFonts w:ascii="Tahoma" w:eastAsia="Tahoma" w:hAnsi="Tahoma" w:cs="Tahoma"/>
              </w:rPr>
            </w:pPr>
          </w:p>
        </w:tc>
      </w:tr>
      <w:tr w:rsidR="000F7CA1" w14:paraId="43E4635C" w14:textId="77777777">
        <w:tc>
          <w:tcPr>
            <w:tcW w:w="6520" w:type="dxa"/>
          </w:tcPr>
          <w:p w14:paraId="4894B9CD" w14:textId="77777777" w:rsidR="000F7CA1" w:rsidRDefault="00494F7B">
            <w:pPr>
              <w:spacing w:before="40" w:after="40"/>
              <w:rPr>
                <w:rFonts w:ascii="Tahoma" w:eastAsia="Tahoma" w:hAnsi="Tahoma" w:cs="Tahoma"/>
              </w:rPr>
            </w:pPr>
            <w:r w:rsidRPr="7F09A55A">
              <w:rPr>
                <w:rFonts w:ascii="Tahoma" w:eastAsia="Tahoma" w:hAnsi="Tahoma" w:cs="Tahoma"/>
              </w:rPr>
              <w:t>Ecologist</w:t>
            </w:r>
          </w:p>
        </w:tc>
        <w:tc>
          <w:tcPr>
            <w:tcW w:w="2835" w:type="dxa"/>
          </w:tcPr>
          <w:p w14:paraId="0CA8D447" w14:textId="77777777" w:rsidR="000F7CA1" w:rsidRDefault="000F7CA1">
            <w:pPr>
              <w:spacing w:before="40" w:after="40"/>
              <w:rPr>
                <w:rFonts w:ascii="Tahoma" w:eastAsia="Tahoma" w:hAnsi="Tahoma" w:cs="Tahoma"/>
              </w:rPr>
            </w:pPr>
          </w:p>
        </w:tc>
      </w:tr>
      <w:tr w:rsidR="000F7CA1" w14:paraId="6B01C1D8" w14:textId="77777777">
        <w:tc>
          <w:tcPr>
            <w:tcW w:w="6520" w:type="dxa"/>
          </w:tcPr>
          <w:p w14:paraId="2BC4A9C6" w14:textId="77777777" w:rsidR="000F7CA1" w:rsidRDefault="00494F7B">
            <w:pPr>
              <w:spacing w:before="40" w:after="40"/>
              <w:rPr>
                <w:rFonts w:ascii="Tahoma" w:eastAsia="Tahoma" w:hAnsi="Tahoma" w:cs="Tahoma"/>
              </w:rPr>
            </w:pPr>
            <w:r w:rsidRPr="7F09A55A">
              <w:rPr>
                <w:rFonts w:ascii="Tahoma" w:eastAsia="Tahoma" w:hAnsi="Tahoma" w:cs="Tahoma"/>
              </w:rPr>
              <w:t>BNG specialist / assessor</w:t>
            </w:r>
          </w:p>
        </w:tc>
        <w:tc>
          <w:tcPr>
            <w:tcW w:w="2835" w:type="dxa"/>
          </w:tcPr>
          <w:p w14:paraId="32B1D33E" w14:textId="77777777" w:rsidR="000F7CA1" w:rsidRDefault="000F7CA1">
            <w:pPr>
              <w:spacing w:before="40" w:after="40"/>
              <w:rPr>
                <w:rFonts w:ascii="Tahoma" w:eastAsia="Tahoma" w:hAnsi="Tahoma" w:cs="Tahoma"/>
              </w:rPr>
            </w:pPr>
          </w:p>
        </w:tc>
      </w:tr>
      <w:tr w:rsidR="000F7CA1" w14:paraId="2AE4F28A" w14:textId="77777777">
        <w:tc>
          <w:tcPr>
            <w:tcW w:w="6520" w:type="dxa"/>
          </w:tcPr>
          <w:p w14:paraId="3D7670E2" w14:textId="77777777" w:rsidR="000F7CA1" w:rsidRDefault="00494F7B">
            <w:pPr>
              <w:spacing w:before="40" w:after="40"/>
              <w:rPr>
                <w:rFonts w:ascii="Tahoma" w:eastAsia="Tahoma" w:hAnsi="Tahoma" w:cs="Tahoma"/>
              </w:rPr>
            </w:pPr>
            <w:r w:rsidRPr="7F09A55A">
              <w:rPr>
                <w:rFonts w:ascii="Tahoma" w:eastAsia="Tahoma" w:hAnsi="Tahoma" w:cs="Tahoma"/>
              </w:rPr>
              <w:t>Farm adviser or cluster facilitator</w:t>
            </w:r>
          </w:p>
        </w:tc>
        <w:tc>
          <w:tcPr>
            <w:tcW w:w="2835" w:type="dxa"/>
          </w:tcPr>
          <w:p w14:paraId="03D559DC" w14:textId="77777777" w:rsidR="000F7CA1" w:rsidRDefault="000F7CA1">
            <w:pPr>
              <w:spacing w:before="40" w:after="40"/>
              <w:rPr>
                <w:rFonts w:ascii="Tahoma" w:eastAsia="Tahoma" w:hAnsi="Tahoma" w:cs="Tahoma"/>
              </w:rPr>
            </w:pPr>
          </w:p>
        </w:tc>
      </w:tr>
      <w:tr w:rsidR="000F7CA1" w14:paraId="4EE1F814" w14:textId="77777777">
        <w:tc>
          <w:tcPr>
            <w:tcW w:w="6520" w:type="dxa"/>
          </w:tcPr>
          <w:p w14:paraId="2C3952A7" w14:textId="77777777" w:rsidR="000F7CA1" w:rsidRDefault="00494F7B">
            <w:pPr>
              <w:spacing w:before="40" w:after="40"/>
              <w:rPr>
                <w:rFonts w:ascii="Tahoma" w:eastAsia="Tahoma" w:hAnsi="Tahoma" w:cs="Tahoma"/>
              </w:rPr>
            </w:pPr>
            <w:r w:rsidRPr="7F09A55A">
              <w:rPr>
                <w:rFonts w:ascii="Tahoma" w:eastAsia="Tahoma" w:hAnsi="Tahoma" w:cs="Tahoma"/>
              </w:rPr>
              <w:t>Solicitor / legal adviser</w:t>
            </w:r>
          </w:p>
        </w:tc>
        <w:tc>
          <w:tcPr>
            <w:tcW w:w="2835" w:type="dxa"/>
          </w:tcPr>
          <w:p w14:paraId="2E24A530" w14:textId="77777777" w:rsidR="000F7CA1" w:rsidRDefault="000F7CA1">
            <w:pPr>
              <w:spacing w:before="40" w:after="40"/>
              <w:rPr>
                <w:rFonts w:ascii="Tahoma" w:eastAsia="Tahoma" w:hAnsi="Tahoma" w:cs="Tahoma"/>
              </w:rPr>
            </w:pPr>
          </w:p>
        </w:tc>
      </w:tr>
      <w:tr w:rsidR="000F7CA1" w14:paraId="778215A1" w14:textId="77777777">
        <w:tc>
          <w:tcPr>
            <w:tcW w:w="6520" w:type="dxa"/>
          </w:tcPr>
          <w:p w14:paraId="4DF708B5" w14:textId="77777777" w:rsidR="000F7CA1" w:rsidRDefault="00494F7B">
            <w:pPr>
              <w:spacing w:before="40" w:after="40"/>
              <w:rPr>
                <w:rFonts w:ascii="Tahoma" w:eastAsia="Tahoma" w:hAnsi="Tahoma" w:cs="Tahoma"/>
              </w:rPr>
            </w:pPr>
            <w:r w:rsidRPr="7F09A55A">
              <w:rPr>
                <w:rFonts w:ascii="Tahoma" w:eastAsia="Tahoma" w:hAnsi="Tahoma" w:cs="Tahoma"/>
              </w:rPr>
              <w:t>No advice sought yet</w:t>
            </w:r>
          </w:p>
        </w:tc>
        <w:tc>
          <w:tcPr>
            <w:tcW w:w="2835" w:type="dxa"/>
          </w:tcPr>
          <w:p w14:paraId="1915E1BF" w14:textId="77777777" w:rsidR="000F7CA1" w:rsidRDefault="000F7CA1">
            <w:pPr>
              <w:spacing w:before="40" w:after="40"/>
              <w:rPr>
                <w:rFonts w:ascii="Tahoma" w:eastAsia="Tahoma" w:hAnsi="Tahoma" w:cs="Tahoma"/>
              </w:rPr>
            </w:pPr>
          </w:p>
        </w:tc>
      </w:tr>
      <w:tr w:rsidR="000F7CA1" w14:paraId="353A3267" w14:textId="77777777">
        <w:tc>
          <w:tcPr>
            <w:tcW w:w="6520" w:type="dxa"/>
          </w:tcPr>
          <w:p w14:paraId="5484B8FF" w14:textId="77777777" w:rsidR="000F7CA1" w:rsidRDefault="00494F7B">
            <w:pPr>
              <w:spacing w:before="40" w:after="40"/>
              <w:rPr>
                <w:rFonts w:ascii="Tahoma" w:eastAsia="Tahoma" w:hAnsi="Tahoma" w:cs="Tahoma"/>
              </w:rPr>
            </w:pPr>
            <w:r w:rsidRPr="7F09A55A">
              <w:rPr>
                <w:rFonts w:ascii="Tahoma" w:eastAsia="Tahoma" w:hAnsi="Tahoma" w:cs="Tahoma"/>
              </w:rPr>
              <w:t>Other (please state)</w:t>
            </w:r>
          </w:p>
        </w:tc>
        <w:tc>
          <w:tcPr>
            <w:tcW w:w="2835" w:type="dxa"/>
          </w:tcPr>
          <w:p w14:paraId="02BA040E" w14:textId="77777777" w:rsidR="000F7CA1" w:rsidRDefault="000F7CA1">
            <w:pPr>
              <w:spacing w:before="40" w:after="40"/>
              <w:rPr>
                <w:rFonts w:ascii="Tahoma" w:eastAsia="Tahoma" w:hAnsi="Tahoma" w:cs="Tahoma"/>
              </w:rPr>
            </w:pPr>
          </w:p>
        </w:tc>
      </w:tr>
      <w:tr w:rsidR="000F7CA1" w14:paraId="388EEFF4" w14:textId="77777777">
        <w:tc>
          <w:tcPr>
            <w:tcW w:w="4252" w:type="dxa"/>
          </w:tcPr>
          <w:p w14:paraId="14AC5E6F" w14:textId="77777777" w:rsidR="000F7CA1" w:rsidRDefault="00494F7B">
            <w:pPr>
              <w:rPr>
                <w:rFonts w:ascii="Tahoma" w:eastAsia="Tahoma" w:hAnsi="Tahoma" w:cs="Tahoma"/>
                <w:b/>
                <w:bCs/>
              </w:rPr>
            </w:pPr>
            <w:r w:rsidRPr="7F09A55A">
              <w:rPr>
                <w:rFonts w:ascii="Tahoma" w:eastAsia="Tahoma" w:hAnsi="Tahoma" w:cs="Tahoma"/>
                <w:b/>
                <w:bCs/>
              </w:rPr>
              <w:lastRenderedPageBreak/>
              <w:t>If you’ve had advice, briefly, what did it tell you?</w:t>
            </w:r>
          </w:p>
        </w:tc>
        <w:tc>
          <w:tcPr>
            <w:tcW w:w="5102" w:type="dxa"/>
          </w:tcPr>
          <w:p w14:paraId="33AF779B" w14:textId="77777777" w:rsidR="000F7CA1" w:rsidRDefault="000F7CA1">
            <w:pPr>
              <w:spacing w:before="40" w:after="40"/>
              <w:rPr>
                <w:rFonts w:ascii="Tahoma" w:eastAsia="Tahoma" w:hAnsi="Tahoma" w:cs="Tahoma"/>
              </w:rPr>
            </w:pPr>
          </w:p>
          <w:p w14:paraId="6D8C4062" w14:textId="77777777" w:rsidR="000F7CA1" w:rsidRDefault="000F7CA1">
            <w:pPr>
              <w:rPr>
                <w:rFonts w:ascii="Tahoma" w:eastAsia="Tahoma" w:hAnsi="Tahoma" w:cs="Tahoma"/>
              </w:rPr>
            </w:pPr>
          </w:p>
        </w:tc>
      </w:tr>
    </w:tbl>
    <w:p w14:paraId="5E984353" w14:textId="77777777" w:rsidR="000F7CA1" w:rsidRDefault="00494F7B">
      <w:pPr>
        <w:spacing w:before="280" w:after="120"/>
        <w:rPr>
          <w:rFonts w:ascii="Tahoma" w:eastAsia="Tahoma" w:hAnsi="Tahoma" w:cs="Tahoma"/>
          <w:b/>
          <w:bCs/>
          <w:sz w:val="28"/>
          <w:szCs w:val="28"/>
        </w:rPr>
      </w:pPr>
      <w:r w:rsidRPr="7F09A55A">
        <w:rPr>
          <w:rFonts w:ascii="Tahoma" w:eastAsia="Tahoma" w:hAnsi="Tahoma" w:cs="Tahoma"/>
          <w:b/>
          <w:bCs/>
          <w:sz w:val="28"/>
          <w:szCs w:val="28"/>
        </w:rPr>
        <w:t>Keeping in touch</w:t>
      </w:r>
    </w:p>
    <w:tbl>
      <w:tblPr>
        <w:tblStyle w:val="TableGrid"/>
        <w:tblW w:w="0" w:type="auto"/>
        <w:tblLook w:val="04A0" w:firstRow="1" w:lastRow="0" w:firstColumn="1" w:lastColumn="0" w:noHBand="0" w:noVBand="1"/>
      </w:tblPr>
      <w:tblGrid>
        <w:gridCol w:w="6520"/>
        <w:gridCol w:w="2835"/>
      </w:tblGrid>
      <w:tr w:rsidR="000F7CA1" w14:paraId="10CFF6D2" w14:textId="77777777">
        <w:tc>
          <w:tcPr>
            <w:tcW w:w="6520" w:type="dxa"/>
          </w:tcPr>
          <w:p w14:paraId="125B9F45" w14:textId="77777777" w:rsidR="000F7CA1" w:rsidRDefault="00494F7B">
            <w:pPr>
              <w:rPr>
                <w:rFonts w:ascii="Tahoma" w:eastAsia="Tahoma" w:hAnsi="Tahoma" w:cs="Tahoma"/>
                <w:b/>
                <w:bCs/>
              </w:rPr>
            </w:pPr>
            <w:r w:rsidRPr="7F09A55A">
              <w:rPr>
                <w:rFonts w:ascii="Tahoma" w:eastAsia="Tahoma" w:hAnsi="Tahoma" w:cs="Tahoma"/>
                <w:b/>
                <w:bCs/>
              </w:rPr>
              <w:t>Are you happy for the ONReF team to contact you about your idea and the fund?</w:t>
            </w:r>
          </w:p>
        </w:tc>
        <w:tc>
          <w:tcPr>
            <w:tcW w:w="2835" w:type="dxa"/>
          </w:tcPr>
          <w:p w14:paraId="5FF9E4EB" w14:textId="77777777" w:rsidR="000F7CA1" w:rsidRDefault="000F7CA1">
            <w:pPr>
              <w:spacing w:before="40" w:after="40"/>
              <w:rPr>
                <w:rFonts w:ascii="Tahoma" w:eastAsia="Tahoma" w:hAnsi="Tahoma" w:cs="Tahoma"/>
              </w:rPr>
            </w:pPr>
          </w:p>
        </w:tc>
      </w:tr>
      <w:tr w:rsidR="000F7CA1" w14:paraId="0FDE854F" w14:textId="77777777">
        <w:tc>
          <w:tcPr>
            <w:tcW w:w="6520" w:type="dxa"/>
          </w:tcPr>
          <w:p w14:paraId="153C9BE6" w14:textId="77777777" w:rsidR="000F7CA1" w:rsidRDefault="00494F7B">
            <w:pPr>
              <w:spacing w:before="40" w:after="40"/>
              <w:rPr>
                <w:rFonts w:ascii="Tahoma" w:eastAsia="Tahoma" w:hAnsi="Tahoma" w:cs="Tahoma"/>
              </w:rPr>
            </w:pPr>
            <w:r w:rsidRPr="7F09A55A">
              <w:rPr>
                <w:rFonts w:ascii="Tahoma" w:eastAsia="Tahoma" w:hAnsi="Tahoma" w:cs="Tahoma"/>
              </w:rPr>
              <w:t>Yes</w:t>
            </w:r>
          </w:p>
        </w:tc>
        <w:tc>
          <w:tcPr>
            <w:tcW w:w="2835" w:type="dxa"/>
          </w:tcPr>
          <w:p w14:paraId="51359694" w14:textId="77777777" w:rsidR="000F7CA1" w:rsidRDefault="000F7CA1">
            <w:pPr>
              <w:spacing w:before="40" w:after="40"/>
              <w:rPr>
                <w:rFonts w:ascii="Tahoma" w:eastAsia="Tahoma" w:hAnsi="Tahoma" w:cs="Tahoma"/>
              </w:rPr>
            </w:pPr>
          </w:p>
        </w:tc>
      </w:tr>
      <w:tr w:rsidR="000F7CA1" w14:paraId="5376AED1" w14:textId="77777777">
        <w:tc>
          <w:tcPr>
            <w:tcW w:w="6520" w:type="dxa"/>
          </w:tcPr>
          <w:p w14:paraId="66ACDD7F" w14:textId="77777777" w:rsidR="000F7CA1" w:rsidRDefault="00494F7B">
            <w:pPr>
              <w:spacing w:before="40" w:after="40"/>
              <w:rPr>
                <w:rFonts w:ascii="Tahoma" w:eastAsia="Tahoma" w:hAnsi="Tahoma" w:cs="Tahoma"/>
              </w:rPr>
            </w:pPr>
            <w:r w:rsidRPr="7F09A55A">
              <w:rPr>
                <w:rFonts w:ascii="Tahoma" w:eastAsia="Tahoma" w:hAnsi="Tahoma" w:cs="Tahoma"/>
              </w:rPr>
              <w:t>No</w:t>
            </w:r>
          </w:p>
        </w:tc>
        <w:tc>
          <w:tcPr>
            <w:tcW w:w="2835" w:type="dxa"/>
          </w:tcPr>
          <w:p w14:paraId="10BA3B03" w14:textId="77777777" w:rsidR="000F7CA1" w:rsidRDefault="000F7CA1">
            <w:pPr>
              <w:spacing w:before="40" w:after="40"/>
              <w:rPr>
                <w:rFonts w:ascii="Tahoma" w:eastAsia="Tahoma" w:hAnsi="Tahoma" w:cs="Tahoma"/>
              </w:rPr>
            </w:pPr>
          </w:p>
        </w:tc>
      </w:tr>
    </w:tbl>
    <w:p w14:paraId="0B1D61C5" w14:textId="77777777" w:rsidR="000F7CA1" w:rsidRDefault="000F7CA1">
      <w:pPr>
        <w:spacing w:after="40"/>
        <w:rPr>
          <w:rFonts w:ascii="Tahoma" w:eastAsia="Tahoma" w:hAnsi="Tahoma" w:cs="Tahoma"/>
        </w:rPr>
      </w:pPr>
    </w:p>
    <w:p w14:paraId="013C6DE1" w14:textId="77777777" w:rsidR="000F7CA1" w:rsidRDefault="00494F7B">
      <w:pPr>
        <w:spacing w:after="120"/>
        <w:rPr>
          <w:rFonts w:ascii="Tahoma" w:eastAsia="Tahoma" w:hAnsi="Tahoma" w:cs="Tahoma"/>
          <w:i/>
          <w:iCs/>
          <w:sz w:val="19"/>
          <w:szCs w:val="19"/>
        </w:rPr>
      </w:pPr>
      <w:r w:rsidRPr="7F09A55A">
        <w:rPr>
          <w:rFonts w:ascii="Tahoma" w:eastAsia="Tahoma" w:hAnsi="Tahoma" w:cs="Tahoma"/>
          <w:i/>
          <w:iCs/>
          <w:sz w:val="19"/>
          <w:szCs w:val="19"/>
        </w:rPr>
        <w:t>We will hold your details only to contact you about ONReF and to help develop the fund. We will not share them with third parties without your permission. You can ask us to remove your details at any time.</w:t>
      </w:r>
    </w:p>
    <w:p w14:paraId="065003C5" w14:textId="77777777" w:rsidR="000F7CA1" w:rsidRDefault="000F7CA1">
      <w:pPr>
        <w:spacing w:before="80" w:after="40"/>
        <w:rPr>
          <w:rFonts w:ascii="Tahoma" w:eastAsia="Tahoma" w:hAnsi="Tahoma" w:cs="Tahoma"/>
        </w:rPr>
      </w:pPr>
    </w:p>
    <w:p w14:paraId="46AD446E" w14:textId="4C28DC0A" w:rsidR="000F7CA1" w:rsidRDefault="00494F7B" w:rsidP="2EC3A5DE">
      <w:pPr>
        <w:spacing w:after="120"/>
        <w:rPr>
          <w:rFonts w:ascii="Tahoma" w:eastAsia="Tahoma" w:hAnsi="Tahoma" w:cs="Tahoma"/>
          <w:i/>
          <w:iCs/>
        </w:rPr>
      </w:pPr>
      <w:r w:rsidRPr="2EC3A5DE">
        <w:rPr>
          <w:rFonts w:ascii="Tahoma" w:eastAsia="Tahoma" w:hAnsi="Tahoma" w:cs="Tahoma"/>
          <w:i/>
          <w:iCs/>
        </w:rPr>
        <w:t>Please return this form to</w:t>
      </w:r>
      <w:r w:rsidR="11C59130" w:rsidRPr="2EC3A5DE">
        <w:rPr>
          <w:rFonts w:ascii="Tahoma" w:eastAsia="Tahoma" w:hAnsi="Tahoma" w:cs="Tahoma"/>
          <w:i/>
          <w:iCs/>
        </w:rPr>
        <w:t xml:space="preserve"> Charlie Addison-Adams (</w:t>
      </w:r>
      <w:hyperlink r:id="rId10">
        <w:r w:rsidR="11C59130" w:rsidRPr="2EC3A5DE">
          <w:rPr>
            <w:rStyle w:val="Hyperlink"/>
            <w:i/>
            <w:iCs/>
          </w:rPr>
          <w:t>charlie.addison-adams@southandvale.gov.uk</w:t>
        </w:r>
      </w:hyperlink>
      <w:r w:rsidR="11C59130" w:rsidRPr="2EC3A5DE">
        <w:rPr>
          <w:rFonts w:ascii="Tahoma" w:eastAsia="Tahoma" w:hAnsi="Tahoma" w:cs="Tahoma"/>
          <w:i/>
          <w:iCs/>
        </w:rPr>
        <w:t>) and Matt Whitney (</w:t>
      </w:r>
      <w:hyperlink r:id="rId11">
        <w:r w:rsidR="11C59130" w:rsidRPr="2EC3A5DE">
          <w:rPr>
            <w:rStyle w:val="Hyperlink"/>
            <w:i/>
            <w:iCs/>
          </w:rPr>
          <w:t>matt.whitney@southandvale.gov.uk</w:t>
        </w:r>
      </w:hyperlink>
      <w:r w:rsidR="11C59130" w:rsidRPr="2EC3A5DE">
        <w:rPr>
          <w:rFonts w:ascii="Tahoma" w:eastAsia="Tahoma" w:hAnsi="Tahoma" w:cs="Tahoma"/>
          <w:i/>
          <w:iCs/>
        </w:rPr>
        <w:t xml:space="preserve">). </w:t>
      </w:r>
    </w:p>
    <w:sectPr w:rsidR="000F7CA1" w:rsidSect="00034616">
      <w:headerReference w:type="default" r:id="rId12"/>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DD876" w14:textId="77777777" w:rsidR="000307A7" w:rsidRDefault="000307A7" w:rsidP="00AB24EE">
      <w:pPr>
        <w:spacing w:after="0" w:line="240" w:lineRule="auto"/>
      </w:pPr>
      <w:r>
        <w:separator/>
      </w:r>
    </w:p>
  </w:endnote>
  <w:endnote w:type="continuationSeparator" w:id="0">
    <w:p w14:paraId="4D64F46B" w14:textId="77777777" w:rsidR="000307A7" w:rsidRDefault="000307A7" w:rsidP="00AB2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E55A0" w14:textId="77777777" w:rsidR="000307A7" w:rsidRDefault="000307A7" w:rsidP="00AB24EE">
      <w:pPr>
        <w:spacing w:after="0" w:line="240" w:lineRule="auto"/>
      </w:pPr>
      <w:r>
        <w:separator/>
      </w:r>
    </w:p>
  </w:footnote>
  <w:footnote w:type="continuationSeparator" w:id="0">
    <w:p w14:paraId="48456B3E" w14:textId="77777777" w:rsidR="000307A7" w:rsidRDefault="000307A7" w:rsidP="00AB2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988DA" w14:textId="5476923C" w:rsidR="00AB24EE" w:rsidRDefault="00AB24EE">
    <w:pPr>
      <w:pStyle w:val="Header"/>
    </w:pPr>
    <w:r>
      <w:rPr>
        <w:noProof/>
      </w:rPr>
      <w:drawing>
        <wp:anchor distT="0" distB="0" distL="114300" distR="114300" simplePos="0" relativeHeight="251659264" behindDoc="1" locked="0" layoutInCell="1" allowOverlap="1" wp14:anchorId="63D4E335" wp14:editId="0643B4CB">
          <wp:simplePos x="0" y="0"/>
          <wp:positionH relativeFrom="column">
            <wp:posOffset>4686300</wp:posOffset>
          </wp:positionH>
          <wp:positionV relativeFrom="paragraph">
            <wp:posOffset>-355600</wp:posOffset>
          </wp:positionV>
          <wp:extent cx="1933575" cy="1015365"/>
          <wp:effectExtent l="0" t="0" r="9525" b="0"/>
          <wp:wrapTight wrapText="bothSides">
            <wp:wrapPolygon edited="0">
              <wp:start x="0" y="0"/>
              <wp:lineTo x="0" y="21073"/>
              <wp:lineTo x="21494" y="21073"/>
              <wp:lineTo x="21494" y="0"/>
              <wp:lineTo x="0" y="0"/>
            </wp:wrapPolygon>
          </wp:wrapTight>
          <wp:docPr id="1592569141" name="Picture 1">
            <a:extLst xmlns:a="http://schemas.openxmlformats.org/drawingml/2006/main">
              <a:ext uri="{FF2B5EF4-FFF2-40B4-BE49-F238E27FC236}">
                <a16:creationId xmlns:a16="http://schemas.microsoft.com/office/drawing/2014/main" id="{94984495-0F3D-4623-BDDC-A3F5D83911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569141" name="Picture 1592569141"/>
                  <pic:cNvPicPr/>
                </pic:nvPicPr>
                <pic:blipFill>
                  <a:blip r:embed="rId1">
                    <a:extLst>
                      <a:ext uri="{28A0092B-C50C-407E-A947-70E740481C1C}">
                        <a14:useLocalDpi xmlns:a14="http://schemas.microsoft.com/office/drawing/2010/main" val="0"/>
                      </a:ext>
                    </a:extLst>
                  </a:blip>
                  <a:stretch>
                    <a:fillRect/>
                  </a:stretch>
                </pic:blipFill>
                <pic:spPr>
                  <a:xfrm>
                    <a:off x="0" y="0"/>
                    <a:ext cx="1933575" cy="10153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2319573">
    <w:abstractNumId w:val="3"/>
  </w:num>
  <w:num w:numId="2" w16cid:durableId="1031304991">
    <w:abstractNumId w:val="0"/>
  </w:num>
  <w:num w:numId="3" w16cid:durableId="1101875996">
    <w:abstractNumId w:val="8"/>
  </w:num>
  <w:num w:numId="4" w16cid:durableId="1397707510">
    <w:abstractNumId w:val="6"/>
  </w:num>
  <w:num w:numId="5" w16cid:durableId="155154120">
    <w:abstractNumId w:val="7"/>
  </w:num>
  <w:num w:numId="6" w16cid:durableId="192621674">
    <w:abstractNumId w:val="2"/>
  </w:num>
  <w:num w:numId="7" w16cid:durableId="329334798">
    <w:abstractNumId w:val="1"/>
  </w:num>
  <w:num w:numId="8" w16cid:durableId="333580042">
    <w:abstractNumId w:val="4"/>
  </w:num>
  <w:num w:numId="9" w16cid:durableId="8938540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7A7"/>
    <w:rsid w:val="00034616"/>
    <w:rsid w:val="0006063C"/>
    <w:rsid w:val="000F7CA1"/>
    <w:rsid w:val="00105A67"/>
    <w:rsid w:val="0015074B"/>
    <w:rsid w:val="0029639D"/>
    <w:rsid w:val="0030469A"/>
    <w:rsid w:val="00326F90"/>
    <w:rsid w:val="00355608"/>
    <w:rsid w:val="004271E7"/>
    <w:rsid w:val="00466C0D"/>
    <w:rsid w:val="00494F7B"/>
    <w:rsid w:val="00502B37"/>
    <w:rsid w:val="00606315"/>
    <w:rsid w:val="00665EB0"/>
    <w:rsid w:val="00671359"/>
    <w:rsid w:val="0069160F"/>
    <w:rsid w:val="006C5459"/>
    <w:rsid w:val="0073012D"/>
    <w:rsid w:val="008D6609"/>
    <w:rsid w:val="00925124"/>
    <w:rsid w:val="00A30888"/>
    <w:rsid w:val="00A34FDD"/>
    <w:rsid w:val="00A457E5"/>
    <w:rsid w:val="00A63AEF"/>
    <w:rsid w:val="00AA1D8D"/>
    <w:rsid w:val="00AB24EE"/>
    <w:rsid w:val="00B46CC8"/>
    <w:rsid w:val="00B47730"/>
    <w:rsid w:val="00C11DEC"/>
    <w:rsid w:val="00C51E07"/>
    <w:rsid w:val="00CB0664"/>
    <w:rsid w:val="00E230AE"/>
    <w:rsid w:val="00E577D2"/>
    <w:rsid w:val="00E638AC"/>
    <w:rsid w:val="00F11685"/>
    <w:rsid w:val="00F72711"/>
    <w:rsid w:val="00FC693F"/>
    <w:rsid w:val="04DA6AC7"/>
    <w:rsid w:val="098B9C10"/>
    <w:rsid w:val="11C59130"/>
    <w:rsid w:val="1DC3B44B"/>
    <w:rsid w:val="24C1641D"/>
    <w:rsid w:val="28C9485C"/>
    <w:rsid w:val="2AA896B6"/>
    <w:rsid w:val="2EC3A5DE"/>
    <w:rsid w:val="31B6DF27"/>
    <w:rsid w:val="36C148CB"/>
    <w:rsid w:val="5F82F045"/>
    <w:rsid w:val="635260C0"/>
    <w:rsid w:val="6668925C"/>
    <w:rsid w:val="75644613"/>
    <w:rsid w:val="7F09A5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081027"/>
  <w14:defaultImageDpi w14:val="300"/>
  <w15:docId w15:val="{6F7FAFB2-771B-4EB7-BFC6-4767CEA27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s="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1"/>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2EC3A5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tt.whitney@southandvale.gov.uk" TargetMode="External"/><Relationship Id="rId5" Type="http://schemas.openxmlformats.org/officeDocument/2006/relationships/styles" Target="styles.xml"/><Relationship Id="rId10" Type="http://schemas.openxmlformats.org/officeDocument/2006/relationships/hyperlink" Target="mailto:charlie.addison-adams@southandvale.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5E157616233743A9BF382649970E1E" ma:contentTypeVersion="14" ma:contentTypeDescription="Create a new document." ma:contentTypeScope="" ma:versionID="cf4a178941aba1cc0e3dc2515f0bfa9f">
  <xsd:schema xmlns:xsd="http://www.w3.org/2001/XMLSchema" xmlns:xs="http://www.w3.org/2001/XMLSchema" xmlns:p="http://schemas.microsoft.com/office/2006/metadata/properties" xmlns:ns2="dd6be316-4b32-4ab1-a105-5a2c900f358e" xmlns:ns3="345d8795-b500-49eb-ac68-960bea521f83" targetNamespace="http://schemas.microsoft.com/office/2006/metadata/properties" ma:root="true" ma:fieldsID="b449a9634e6526d263ab2d2f347f522a" ns2:_="" ns3:_="">
    <xsd:import namespace="dd6be316-4b32-4ab1-a105-5a2c900f358e"/>
    <xsd:import namespace="345d8795-b500-49eb-ac68-960bea521f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be316-4b32-4ab1-a105-5a2c900f35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fed6d7-891e-4ce3-9451-83843144b10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5d8795-b500-49eb-ac68-960bea521f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1f5127-4d87-4e37-8088-853fc2a75a0d}" ma:internalName="TaxCatchAll" ma:showField="CatchAllData" ma:web="345d8795-b500-49eb-ac68-960bea521f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45d8795-b500-49eb-ac68-960bea521f83" xsi:nil="true"/>
    <lcf76f155ced4ddcb4097134ff3c332f xmlns="dd6be316-4b32-4ab1-a105-5a2c900f35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FFB158-4879-4737-BBB6-434DC1E10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6be316-4b32-4ab1-a105-5a2c900f358e"/>
    <ds:schemaRef ds:uri="345d8795-b500-49eb-ac68-960bea521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9C59C3-685F-40EA-BC4D-6D5D736244B6}">
  <ds:schemaRefs>
    <ds:schemaRef ds:uri="http://schemas.microsoft.com/sharepoint/v3/contenttype/forms"/>
  </ds:schemaRefs>
</ds:datastoreItem>
</file>

<file path=customXml/itemProps3.xml><?xml version="1.0" encoding="utf-8"?>
<ds:datastoreItem xmlns:ds="http://schemas.openxmlformats.org/officeDocument/2006/customXml" ds:itemID="{93E6387B-AA28-46A0-92D5-EFE9B60E6378}">
  <ds:schemaRefs>
    <ds:schemaRef ds:uri="http://schemas.microsoft.com/office/2006/metadata/properties"/>
    <ds:schemaRef ds:uri="http://schemas.microsoft.com/office/infopath/2007/PartnerControls"/>
    <ds:schemaRef ds:uri="345d8795-b500-49eb-ac68-960bea521f83"/>
    <ds:schemaRef ds:uri="dd6be316-4b32-4ab1-a105-5a2c900f358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3115</Characters>
  <Application>Microsoft Office Word</Application>
  <DocSecurity>0</DocSecurity>
  <Lines>25</Lines>
  <Paragraphs>7</Paragraphs>
  <ScaleCrop>false</ScaleCrop>
  <Manager/>
  <Company/>
  <LinksUpToDate>false</LinksUpToDate>
  <CharactersWithSpaces>3654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AA</dc:creator>
  <cp:keywords/>
  <dc:description>generated by python-docx</dc:description>
  <cp:lastModifiedBy>Charlie Addison-Adams</cp:lastModifiedBy>
  <cp:revision>2</cp:revision>
  <dcterms:created xsi:type="dcterms:W3CDTF">2026-08-03T10:20:00Z</dcterms:created>
  <dcterms:modified xsi:type="dcterms:W3CDTF">2026-08-03T10:20:00Z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0x0101005D5E157616233743A9BF382649970E1E</vt:lpwstr>
  </property>
  <property fmtid="{D5CDD505-2E9C-101B-9397-08002B2CF9AE}" pid="3" name="MediaServiceImageTags">
    <vt:lpwstr/>
  </property>
</Properties>
</file>